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EA00E" w14:textId="77777777" w:rsidR="0011321D" w:rsidRPr="007D493E" w:rsidRDefault="00D01376">
      <w:pPr>
        <w:pStyle w:val="Titel"/>
        <w:spacing w:after="40"/>
        <w:rPr>
          <w:sz w:val="48"/>
          <w:szCs w:val="48"/>
        </w:rPr>
      </w:pPr>
      <w:proofErr w:type="gramStart"/>
      <w:r w:rsidRPr="007D493E">
        <w:rPr>
          <w:rFonts w:ascii="Aptos" w:hAnsi="Aptos"/>
          <w:color w:val="173B43"/>
          <w:sz w:val="48"/>
          <w:szCs w:val="48"/>
        </w:rPr>
        <w:t>Worksheet  VAL</w:t>
      </w:r>
      <w:proofErr w:type="gramEnd"/>
      <w:r w:rsidRPr="007D493E">
        <w:rPr>
          <w:rFonts w:ascii="Aptos" w:hAnsi="Aptos"/>
          <w:color w:val="173B43"/>
          <w:sz w:val="48"/>
          <w:szCs w:val="48"/>
        </w:rPr>
        <w:t>-YOUs in Play</w:t>
      </w:r>
    </w:p>
    <w:p w14:paraId="29DF2463" w14:textId="77777777" w:rsidR="0011321D" w:rsidRDefault="00D01376">
      <w:pPr>
        <w:spacing w:after="220"/>
      </w:pPr>
      <w:r>
        <w:rPr>
          <w:color w:val="6A7B7F"/>
          <w:sz w:val="24"/>
        </w:rPr>
        <w:t>A decision and reflection log for the VAL-</w:t>
      </w:r>
      <w:proofErr w:type="gramStart"/>
      <w:r>
        <w:rPr>
          <w:color w:val="6A7B7F"/>
          <w:sz w:val="24"/>
        </w:rPr>
        <w:t>YOU</w:t>
      </w:r>
      <w:proofErr w:type="gramEnd"/>
      <w:r>
        <w:rPr>
          <w:color w:val="6A7B7F"/>
          <w:sz w:val="24"/>
        </w:rPr>
        <w:t xml:space="preserve"> serious game</w:t>
      </w:r>
    </w:p>
    <w:tbl>
      <w:tblPr>
        <w:tblW w:w="0" w:type="auto"/>
        <w:jc w:val="center"/>
        <w:tblLayout w:type="fixed"/>
        <w:tblLook w:val="04A0" w:firstRow="1" w:lastRow="0" w:firstColumn="1" w:lastColumn="0" w:noHBand="0" w:noVBand="1"/>
      </w:tblPr>
      <w:tblGrid>
        <w:gridCol w:w="5083"/>
        <w:gridCol w:w="5083"/>
      </w:tblGrid>
      <w:tr w:rsidR="0011321D" w14:paraId="241DC17A" w14:textId="77777777">
        <w:trPr>
          <w:jc w:val="center"/>
        </w:trPr>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7083A1A2" w14:textId="77777777" w:rsidR="0011321D" w:rsidRDefault="00D01376">
            <w:r>
              <w:rPr>
                <w:b/>
                <w:color w:val="294F58"/>
                <w:sz w:val="19"/>
              </w:rPr>
              <w:t xml:space="preserve">Name:  </w:t>
            </w:r>
            <w:r>
              <w:rPr>
                <w:color w:val="6A7B7F"/>
                <w:sz w:val="19"/>
              </w:rPr>
              <w:t>________________________</w:t>
            </w:r>
          </w:p>
        </w:tc>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04DCC27C" w14:textId="77777777" w:rsidR="0011321D" w:rsidRDefault="00D01376">
            <w:r>
              <w:rPr>
                <w:b/>
                <w:color w:val="294F58"/>
                <w:sz w:val="19"/>
              </w:rPr>
              <w:t xml:space="preserve">Date:  </w:t>
            </w:r>
            <w:r>
              <w:rPr>
                <w:color w:val="6A7B7F"/>
                <w:sz w:val="19"/>
              </w:rPr>
              <w:t>________________________</w:t>
            </w:r>
          </w:p>
        </w:tc>
      </w:tr>
      <w:tr w:rsidR="0011321D" w14:paraId="39005561" w14:textId="77777777">
        <w:trPr>
          <w:jc w:val="center"/>
        </w:trPr>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2494222A" w14:textId="77777777" w:rsidR="0011321D" w:rsidRDefault="00D01376">
            <w:r>
              <w:rPr>
                <w:b/>
                <w:color w:val="294F58"/>
                <w:sz w:val="19"/>
              </w:rPr>
              <w:t xml:space="preserve">Scenario:  </w:t>
            </w:r>
            <w:r>
              <w:rPr>
                <w:color w:val="6A7B7F"/>
                <w:sz w:val="19"/>
              </w:rPr>
              <w:t>________________________</w:t>
            </w:r>
          </w:p>
        </w:tc>
        <w:tc>
          <w:tcPr>
            <w:tcW w:w="5083" w:type="dxa"/>
            <w:tcBorders>
              <w:top w:val="single" w:sz="8" w:space="0" w:color="D4E1E3"/>
              <w:left w:val="single" w:sz="8" w:space="0" w:color="D4E1E3"/>
              <w:bottom w:val="single" w:sz="8" w:space="0" w:color="D4E1E3"/>
              <w:right w:val="single" w:sz="8" w:space="0" w:color="D4E1E3"/>
            </w:tcBorders>
            <w:tcMar>
              <w:top w:w="85" w:type="dxa"/>
              <w:left w:w="120" w:type="dxa"/>
              <w:bottom w:w="85" w:type="dxa"/>
              <w:right w:w="120" w:type="dxa"/>
            </w:tcMar>
          </w:tcPr>
          <w:p w14:paraId="61EF6B9D" w14:textId="77777777" w:rsidR="0011321D" w:rsidRDefault="00D01376">
            <w:r>
              <w:rPr>
                <w:b/>
                <w:color w:val="294F58"/>
                <w:sz w:val="19"/>
              </w:rPr>
              <w:t xml:space="preserve">Value explored:  </w:t>
            </w:r>
            <w:r>
              <w:rPr>
                <w:color w:val="6A7B7F"/>
                <w:sz w:val="19"/>
              </w:rPr>
              <w:t>________________________</w:t>
            </w:r>
          </w:p>
        </w:tc>
      </w:tr>
    </w:tbl>
    <w:p w14:paraId="5CD840EE" w14:textId="77777777" w:rsidR="0011321D" w:rsidRDefault="0011321D">
      <w:pPr>
        <w:spacing w:after="0"/>
      </w:pPr>
    </w:p>
    <w:tbl>
      <w:tblPr>
        <w:tblW w:w="0" w:type="auto"/>
        <w:jc w:val="center"/>
        <w:tblLayout w:type="fixed"/>
        <w:tblLook w:val="04A0" w:firstRow="1" w:lastRow="0" w:firstColumn="1" w:lastColumn="0" w:noHBand="0" w:noVBand="1"/>
      </w:tblPr>
      <w:tblGrid>
        <w:gridCol w:w="2232"/>
        <w:gridCol w:w="7848"/>
      </w:tblGrid>
      <w:tr w:rsidR="0011321D" w14:paraId="1D8D078D" w14:textId="77777777">
        <w:trPr>
          <w:jc w:val="center"/>
        </w:trPr>
        <w:tc>
          <w:tcPr>
            <w:tcW w:w="2232" w:type="dxa"/>
            <w:tcBorders>
              <w:top w:val="single" w:sz="8" w:space="0" w:color="D4E1E3"/>
              <w:left w:val="single" w:sz="8" w:space="0" w:color="D4E1E3"/>
              <w:bottom w:val="single" w:sz="8" w:space="0" w:color="D4E1E3"/>
              <w:right w:val="single" w:sz="8" w:space="0" w:color="D4E1E3"/>
            </w:tcBorders>
            <w:shd w:val="clear" w:color="auto" w:fill="FFFFFF"/>
            <w:tcMar>
              <w:top w:w="110" w:type="dxa"/>
              <w:left w:w="130" w:type="dxa"/>
              <w:bottom w:w="110" w:type="dxa"/>
              <w:right w:w="130" w:type="dxa"/>
            </w:tcMar>
          </w:tcPr>
          <w:p w14:paraId="6F3FCA5E" w14:textId="77777777" w:rsidR="0011321D" w:rsidRDefault="00D01376">
            <w:pPr>
              <w:jc w:val="center"/>
            </w:pPr>
            <w:r>
              <w:rPr>
                <w:noProof/>
              </w:rPr>
              <w:drawing>
                <wp:inline distT="0" distB="0" distL="0" distR="0" wp14:anchorId="4A07AA06" wp14:editId="23127F19">
                  <wp:extent cx="1051560" cy="1051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you-qr-code.png"/>
                          <pic:cNvPicPr/>
                        </pic:nvPicPr>
                        <pic:blipFill>
                          <a:blip r:embed="rId11"/>
                          <a:stretch>
                            <a:fillRect/>
                          </a:stretch>
                        </pic:blipFill>
                        <pic:spPr>
                          <a:xfrm>
                            <a:off x="0" y="0"/>
                            <a:ext cx="1051560" cy="1051560"/>
                          </a:xfrm>
                          <a:prstGeom prst="rect">
                            <a:avLst/>
                          </a:prstGeom>
                        </pic:spPr>
                      </pic:pic>
                    </a:graphicData>
                  </a:graphic>
                </wp:inline>
              </w:drawing>
            </w:r>
          </w:p>
        </w:tc>
        <w:tc>
          <w:tcPr>
            <w:tcW w:w="7848" w:type="dxa"/>
            <w:tcBorders>
              <w:top w:val="single" w:sz="8" w:space="0" w:color="D4E1E3"/>
              <w:left w:val="single" w:sz="8" w:space="0" w:color="D4E1E3"/>
              <w:bottom w:val="single" w:sz="8" w:space="0" w:color="D4E1E3"/>
              <w:right w:val="single" w:sz="8" w:space="0" w:color="D4E1E3"/>
            </w:tcBorders>
            <w:shd w:val="clear" w:color="auto" w:fill="EAF3F4"/>
            <w:tcMar>
              <w:top w:w="110" w:type="dxa"/>
              <w:left w:w="130" w:type="dxa"/>
              <w:bottom w:w="110" w:type="dxa"/>
              <w:right w:w="130" w:type="dxa"/>
            </w:tcMar>
          </w:tcPr>
          <w:p w14:paraId="7D43652A" w14:textId="77777777" w:rsidR="0011321D" w:rsidRDefault="00D01376">
            <w:r>
              <w:rPr>
                <w:b/>
                <w:color w:val="173B43"/>
                <w:sz w:val="24"/>
              </w:rPr>
              <w:t>Scan to play</w:t>
            </w:r>
            <w:r>
              <w:br/>
            </w:r>
            <w:r>
              <w:rPr>
                <w:sz w:val="20"/>
              </w:rPr>
              <w:t>Open the VAL-YOU game and use this worksheet to record three decisions. Focus on the values involved, the compromises you made and the consequences that followed.</w:t>
            </w:r>
            <w:r>
              <w:br/>
            </w:r>
            <w:r>
              <w:rPr>
                <w:b/>
                <w:color w:val="C12B3B"/>
                <w:sz w:val="19"/>
              </w:rPr>
              <w:t>democracy-education.eu/game</w:t>
            </w:r>
          </w:p>
        </w:tc>
      </w:tr>
    </w:tbl>
    <w:p w14:paraId="46677979" w14:textId="77777777" w:rsidR="0011321D" w:rsidRDefault="0011321D">
      <w:pPr>
        <w:spacing w:after="0"/>
      </w:pPr>
    </w:p>
    <w:tbl>
      <w:tblPr>
        <w:tblW w:w="0" w:type="auto"/>
        <w:jc w:val="center"/>
        <w:shd w:val="clear" w:color="auto" w:fill="F2F2F2" w:themeFill="background1" w:themeFillShade="F2"/>
        <w:tblLayout w:type="fixed"/>
        <w:tblLook w:val="04A0" w:firstRow="1" w:lastRow="0" w:firstColumn="1" w:lastColumn="0" w:noHBand="0" w:noVBand="1"/>
      </w:tblPr>
      <w:tblGrid>
        <w:gridCol w:w="10166"/>
      </w:tblGrid>
      <w:tr w:rsidR="00673463" w14:paraId="0D12B5C9" w14:textId="77777777" w:rsidTr="00673463">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F2F2F2" w:themeFill="background1" w:themeFillShade="F2"/>
            <w:tcMar>
              <w:top w:w="85" w:type="dxa"/>
              <w:left w:w="120" w:type="dxa"/>
              <w:bottom w:w="85" w:type="dxa"/>
              <w:right w:w="120" w:type="dxa"/>
            </w:tcMar>
          </w:tcPr>
          <w:p w14:paraId="462B7ACC" w14:textId="7FF58C64" w:rsidR="00673463" w:rsidRDefault="00673463" w:rsidP="00673463">
            <w:pPr>
              <w:spacing w:after="0"/>
            </w:pPr>
            <w:r w:rsidRPr="00BB6449">
              <w:rPr>
                <w:sz w:val="20"/>
              </w:rPr>
              <w:t>Use the overview table below for brief notes. If you need more space, use the three detailed pages that follow instead – or use both.</w:t>
            </w:r>
          </w:p>
        </w:tc>
      </w:tr>
    </w:tbl>
    <w:p w14:paraId="554C0014" w14:textId="77777777" w:rsidR="00BB6449" w:rsidRDefault="00BB6449">
      <w:pPr>
        <w:spacing w:after="0"/>
      </w:pPr>
    </w:p>
    <w:tbl>
      <w:tblPr>
        <w:tblW w:w="11074" w:type="dxa"/>
        <w:jc w:val="center"/>
        <w:tblLayout w:type="fixed"/>
        <w:tblLook w:val="04A0" w:firstRow="1" w:lastRow="0" w:firstColumn="1" w:lastColumn="0" w:noHBand="0" w:noVBand="1"/>
      </w:tblPr>
      <w:tblGrid>
        <w:gridCol w:w="2287"/>
        <w:gridCol w:w="3196"/>
        <w:gridCol w:w="3484"/>
        <w:gridCol w:w="2107"/>
      </w:tblGrid>
      <w:tr w:rsidR="00BB6449" w14:paraId="26A4EA55" w14:textId="77777777" w:rsidTr="00BB6449">
        <w:trPr>
          <w:tblHeade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3E28D6A5" w14:textId="77777777" w:rsidR="00BB6449" w:rsidRDefault="00BB6449" w:rsidP="00686E4B">
            <w:pPr>
              <w:spacing w:after="0"/>
            </w:pPr>
            <w:r>
              <w:rPr>
                <w:b/>
                <w:color w:val="FFFFFF"/>
                <w:sz w:val="20"/>
              </w:rPr>
              <w:t>Describe the decision you had to make.</w:t>
            </w:r>
          </w:p>
        </w:tc>
        <w:tc>
          <w:tcPr>
            <w:tcW w:w="3196"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3FBF4232" w14:textId="77777777" w:rsidR="00BB6449" w:rsidRDefault="00BB6449" w:rsidP="00686E4B">
            <w:pPr>
              <w:spacing w:after="0"/>
            </w:pPr>
            <w:r>
              <w:rPr>
                <w:b/>
                <w:color w:val="FFFFFF"/>
                <w:sz w:val="20"/>
              </w:rPr>
              <w:t>Describe why the decision was difficult.</w:t>
            </w:r>
          </w:p>
        </w:tc>
        <w:tc>
          <w:tcPr>
            <w:tcW w:w="3484"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275B523B" w14:textId="77777777" w:rsidR="00BB6449" w:rsidRDefault="00BB6449" w:rsidP="00686E4B">
            <w:pPr>
              <w:spacing w:after="0"/>
            </w:pPr>
            <w:r>
              <w:rPr>
                <w:b/>
                <w:color w:val="FFFFFF"/>
                <w:sz w:val="20"/>
              </w:rPr>
              <w:t>State your reasons for choosing a certain option.</w:t>
            </w:r>
          </w:p>
        </w:tc>
        <w:tc>
          <w:tcPr>
            <w:tcW w:w="2107" w:type="dxa"/>
            <w:tcBorders>
              <w:top w:val="single" w:sz="8" w:space="0" w:color="D4E1E3"/>
              <w:left w:val="single" w:sz="8" w:space="0" w:color="D4E1E3"/>
              <w:bottom w:val="single" w:sz="8" w:space="0" w:color="D4E1E3"/>
              <w:right w:val="single" w:sz="8" w:space="0" w:color="D4E1E3"/>
            </w:tcBorders>
            <w:shd w:val="clear" w:color="auto" w:fill="294F58"/>
            <w:tcMar>
              <w:top w:w="120" w:type="dxa"/>
              <w:left w:w="145" w:type="dxa"/>
              <w:bottom w:w="110" w:type="dxa"/>
              <w:right w:w="145" w:type="dxa"/>
            </w:tcMar>
          </w:tcPr>
          <w:p w14:paraId="756E61A5" w14:textId="77777777" w:rsidR="00BB6449" w:rsidRDefault="00BB6449" w:rsidP="00686E4B">
            <w:pPr>
              <w:spacing w:after="0"/>
            </w:pPr>
            <w:r>
              <w:rPr>
                <w:b/>
                <w:color w:val="FFFFFF"/>
                <w:sz w:val="20"/>
              </w:rPr>
              <w:t>Sum up the consequences of your decision in the game.</w:t>
            </w:r>
          </w:p>
        </w:tc>
      </w:tr>
      <w:tr w:rsidR="00BB6449" w14:paraId="4D6E1D21"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1FBE8E3B" w14:textId="262BE0D5" w:rsidR="00BB6449" w:rsidRDefault="00BB6449" w:rsidP="00686E4B">
            <w:pPr>
              <w:spacing w:after="80"/>
            </w:pPr>
            <w:r>
              <w:rPr>
                <w:b/>
                <w:color w:val="C12B3B"/>
              </w:rPr>
              <w:t>Decision 1</w:t>
            </w:r>
            <w:r>
              <w:br/>
            </w:r>
          </w:p>
        </w:tc>
        <w:tc>
          <w:tcPr>
            <w:tcW w:w="3196"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6FD3C49D" w14:textId="77777777" w:rsidR="00BB6449" w:rsidRDefault="00BB6449" w:rsidP="00686E4B">
            <w:pPr>
              <w:spacing w:after="80"/>
            </w:pPr>
          </w:p>
          <w:p w14:paraId="42C2D753" w14:textId="77777777" w:rsidR="00B35B58" w:rsidRDefault="00B35B58" w:rsidP="00686E4B">
            <w:pPr>
              <w:spacing w:after="80"/>
            </w:pPr>
          </w:p>
          <w:p w14:paraId="72065272" w14:textId="77777777" w:rsidR="00B35B58" w:rsidRDefault="00B35B58" w:rsidP="00686E4B">
            <w:pPr>
              <w:spacing w:after="80"/>
            </w:pPr>
          </w:p>
          <w:p w14:paraId="6C632E9E" w14:textId="7C5D05AB" w:rsidR="00B35B58" w:rsidRDefault="00B35B58" w:rsidP="00686E4B">
            <w:pPr>
              <w:spacing w:after="80"/>
            </w:pPr>
          </w:p>
        </w:tc>
        <w:tc>
          <w:tcPr>
            <w:tcW w:w="3484"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340064A7" w14:textId="69BDB033" w:rsidR="00BB6449" w:rsidRDefault="00BB6449" w:rsidP="00686E4B">
            <w:pPr>
              <w:spacing w:after="80"/>
            </w:pPr>
          </w:p>
        </w:tc>
        <w:tc>
          <w:tcPr>
            <w:tcW w:w="210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0E221AE3" w14:textId="2D1D74F6" w:rsidR="00BB6449" w:rsidRDefault="00BB6449" w:rsidP="00686E4B">
            <w:pPr>
              <w:spacing w:after="80"/>
            </w:pPr>
          </w:p>
        </w:tc>
      </w:tr>
      <w:tr w:rsidR="00BB6449" w14:paraId="49A5141E"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14604A57" w14:textId="11DB53D6" w:rsidR="00BB6449" w:rsidRDefault="00BB6449" w:rsidP="00686E4B">
            <w:pPr>
              <w:spacing w:after="80"/>
            </w:pPr>
            <w:r>
              <w:rPr>
                <w:b/>
                <w:color w:val="C12B3B"/>
              </w:rPr>
              <w:t>Decision 2</w:t>
            </w:r>
            <w:r>
              <w:br/>
            </w:r>
          </w:p>
        </w:tc>
        <w:tc>
          <w:tcPr>
            <w:tcW w:w="3196"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62F0BECB" w14:textId="77777777" w:rsidR="00BB6449" w:rsidRDefault="00BB6449" w:rsidP="00686E4B">
            <w:pPr>
              <w:spacing w:after="80"/>
            </w:pPr>
          </w:p>
          <w:p w14:paraId="17C2B8DC" w14:textId="77777777" w:rsidR="00B35B58" w:rsidRDefault="00B35B58" w:rsidP="00686E4B">
            <w:pPr>
              <w:spacing w:after="80"/>
            </w:pPr>
          </w:p>
          <w:p w14:paraId="1D9801DB" w14:textId="77777777" w:rsidR="00B35B58" w:rsidRDefault="00B35B58" w:rsidP="00686E4B">
            <w:pPr>
              <w:spacing w:after="80"/>
            </w:pPr>
          </w:p>
          <w:p w14:paraId="4D10ACCB" w14:textId="17AF7D77" w:rsidR="00B35B58" w:rsidRDefault="00B35B58" w:rsidP="00686E4B">
            <w:pPr>
              <w:spacing w:after="80"/>
            </w:pPr>
          </w:p>
        </w:tc>
        <w:tc>
          <w:tcPr>
            <w:tcW w:w="3484"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13C1C2A3" w14:textId="5ECD43E9" w:rsidR="00BB6449" w:rsidRDefault="00BB6449" w:rsidP="00686E4B">
            <w:pPr>
              <w:spacing w:after="80"/>
            </w:pPr>
          </w:p>
        </w:tc>
        <w:tc>
          <w:tcPr>
            <w:tcW w:w="2107" w:type="dxa"/>
            <w:tcBorders>
              <w:top w:val="single" w:sz="8" w:space="0" w:color="D4E1E3"/>
              <w:left w:val="single" w:sz="8" w:space="0" w:color="D4E1E3"/>
              <w:bottom w:val="single" w:sz="8" w:space="0" w:color="D4E1E3"/>
              <w:right w:val="single" w:sz="8" w:space="0" w:color="D4E1E3"/>
            </w:tcBorders>
            <w:shd w:val="clear" w:color="auto" w:fill="F5F9F9"/>
            <w:tcMar>
              <w:top w:w="120" w:type="dxa"/>
              <w:left w:w="145" w:type="dxa"/>
              <w:bottom w:w="110" w:type="dxa"/>
              <w:right w:w="145" w:type="dxa"/>
            </w:tcMar>
          </w:tcPr>
          <w:p w14:paraId="0B54A75B" w14:textId="03B329CD" w:rsidR="00BB6449" w:rsidRDefault="00BB6449" w:rsidP="00686E4B">
            <w:pPr>
              <w:spacing w:after="80"/>
            </w:pPr>
          </w:p>
        </w:tc>
      </w:tr>
      <w:tr w:rsidR="00BB6449" w14:paraId="2F6DCDA3" w14:textId="77777777" w:rsidTr="00BB6449">
        <w:trPr>
          <w:jc w:val="center"/>
        </w:trPr>
        <w:tc>
          <w:tcPr>
            <w:tcW w:w="228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5D01965E" w14:textId="79F39D02" w:rsidR="00BB6449" w:rsidRDefault="00BB6449" w:rsidP="00686E4B">
            <w:pPr>
              <w:spacing w:after="80"/>
            </w:pPr>
            <w:r>
              <w:rPr>
                <w:b/>
                <w:color w:val="C12B3B"/>
              </w:rPr>
              <w:t>Decision 3</w:t>
            </w:r>
            <w:r>
              <w:br/>
            </w:r>
          </w:p>
        </w:tc>
        <w:tc>
          <w:tcPr>
            <w:tcW w:w="3196"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74F7C467" w14:textId="77777777" w:rsidR="00BB6449" w:rsidRDefault="00BB6449" w:rsidP="00686E4B">
            <w:pPr>
              <w:spacing w:after="80"/>
            </w:pPr>
          </w:p>
          <w:p w14:paraId="2ABFC17B" w14:textId="77777777" w:rsidR="00B35B58" w:rsidRDefault="00B35B58" w:rsidP="00686E4B">
            <w:pPr>
              <w:spacing w:after="80"/>
            </w:pPr>
          </w:p>
          <w:p w14:paraId="367F6DCC" w14:textId="77777777" w:rsidR="00B35B58" w:rsidRDefault="00B35B58" w:rsidP="00686E4B">
            <w:pPr>
              <w:spacing w:after="80"/>
            </w:pPr>
          </w:p>
          <w:p w14:paraId="20F27B54" w14:textId="426CF9F3" w:rsidR="00B35B58" w:rsidRDefault="00B35B58" w:rsidP="00686E4B">
            <w:pPr>
              <w:spacing w:after="80"/>
            </w:pPr>
          </w:p>
        </w:tc>
        <w:tc>
          <w:tcPr>
            <w:tcW w:w="3484"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1171FD91" w14:textId="0B573D05" w:rsidR="00BB6449" w:rsidRDefault="00BB6449" w:rsidP="00686E4B">
            <w:pPr>
              <w:spacing w:after="80"/>
            </w:pPr>
          </w:p>
        </w:tc>
        <w:tc>
          <w:tcPr>
            <w:tcW w:w="2107" w:type="dxa"/>
            <w:tcBorders>
              <w:top w:val="single" w:sz="8" w:space="0" w:color="D4E1E3"/>
              <w:left w:val="single" w:sz="8" w:space="0" w:color="D4E1E3"/>
              <w:bottom w:val="single" w:sz="8" w:space="0" w:color="D4E1E3"/>
              <w:right w:val="single" w:sz="8" w:space="0" w:color="D4E1E3"/>
            </w:tcBorders>
            <w:shd w:val="clear" w:color="auto" w:fill="FFFFFF"/>
            <w:tcMar>
              <w:top w:w="120" w:type="dxa"/>
              <w:left w:w="145" w:type="dxa"/>
              <w:bottom w:w="110" w:type="dxa"/>
              <w:right w:w="145" w:type="dxa"/>
            </w:tcMar>
          </w:tcPr>
          <w:p w14:paraId="5D19520E" w14:textId="2CCCAE5A" w:rsidR="00BB6449" w:rsidRDefault="00BB6449" w:rsidP="00686E4B">
            <w:pPr>
              <w:spacing w:after="80"/>
            </w:pPr>
          </w:p>
        </w:tc>
      </w:tr>
    </w:tbl>
    <w:p w14:paraId="6906E0E1" w14:textId="399EC5AB" w:rsidR="00BB6449" w:rsidRPr="00B24FCE" w:rsidRDefault="00BB6449" w:rsidP="00B24FCE">
      <w:pPr>
        <w:spacing w:after="200" w:line="276" w:lineRule="auto"/>
        <w:rPr>
          <w:b/>
          <w:color w:val="173B43"/>
          <w:sz w:val="36"/>
          <w:szCs w:val="36"/>
        </w:rPr>
      </w:pPr>
      <w:r>
        <w:br w:type="page"/>
      </w:r>
    </w:p>
    <w:p w14:paraId="292969BC" w14:textId="47EE11B9" w:rsidR="0011321D" w:rsidRPr="00BB6449" w:rsidRDefault="00D01376" w:rsidP="00BB6449">
      <w:pPr>
        <w:spacing w:after="0" w:line="276" w:lineRule="auto"/>
        <w:rPr>
          <w:b/>
          <w:color w:val="173B43"/>
          <w:sz w:val="36"/>
          <w:szCs w:val="36"/>
        </w:rPr>
      </w:pPr>
      <w:r w:rsidRPr="00BB6449">
        <w:rPr>
          <w:b/>
          <w:color w:val="173B43"/>
          <w:sz w:val="36"/>
          <w:szCs w:val="36"/>
        </w:rPr>
        <w:lastRenderedPageBreak/>
        <w:t>Reflection of the game</w:t>
      </w:r>
    </w:p>
    <w:p w14:paraId="0B7A1026" w14:textId="7EE4FF7E" w:rsidR="00B70935" w:rsidRPr="007F2679" w:rsidRDefault="00B70935" w:rsidP="00B70935">
      <w:pPr>
        <w:jc w:val="both"/>
        <w:rPr>
          <w:highlight w:val="yellow"/>
          <w:lang w:val="en-GB"/>
        </w:rPr>
      </w:pPr>
      <w:r w:rsidRPr="00B70935">
        <w:rPr>
          <w:color w:val="6A7B7F"/>
          <w:sz w:val="24"/>
        </w:rPr>
        <w:t>Make notes in the form of keywords to answer and discuss the following questions. Complete at least the questions of “Level 1”.</w:t>
      </w:r>
    </w:p>
    <w:p w14:paraId="1099C44F" w14:textId="77777777" w:rsidR="00B70935" w:rsidRDefault="00B70935">
      <w:pPr>
        <w:spacing w:after="220"/>
      </w:pPr>
    </w:p>
    <w:tbl>
      <w:tblPr>
        <w:tblW w:w="0" w:type="auto"/>
        <w:jc w:val="center"/>
        <w:tblLayout w:type="fixed"/>
        <w:tblLook w:val="04A0" w:firstRow="1" w:lastRow="0" w:firstColumn="1" w:lastColumn="0" w:noHBand="0" w:noVBand="1"/>
      </w:tblPr>
      <w:tblGrid>
        <w:gridCol w:w="10166"/>
      </w:tblGrid>
      <w:tr w:rsidR="0011321D" w14:paraId="3C0D163F"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45FAA808" w14:textId="22E53DA5" w:rsidR="0011321D" w:rsidRDefault="006A5F1E" w:rsidP="00BB6449">
            <w:pPr>
              <w:spacing w:after="0" w:line="276" w:lineRule="auto"/>
            </w:pPr>
            <w:r>
              <w:rPr>
                <w:b/>
                <w:color w:val="173B43"/>
                <w:sz w:val="30"/>
              </w:rPr>
              <w:t>Level 1</w:t>
            </w:r>
          </w:p>
        </w:tc>
      </w:tr>
    </w:tbl>
    <w:p w14:paraId="5D1B3278" w14:textId="77777777" w:rsidR="0011321D" w:rsidRDefault="0011321D">
      <w:pPr>
        <w:spacing w:after="0"/>
      </w:pPr>
    </w:p>
    <w:p w14:paraId="43114BF0" w14:textId="77777777" w:rsidR="0072415D" w:rsidRDefault="0072415D" w:rsidP="0072415D">
      <w:pPr>
        <w:spacing w:after="40"/>
        <w:ind w:left="115" w:hanging="115"/>
      </w:pPr>
      <w:r>
        <w:rPr>
          <w:b/>
          <w:color w:val="C12B3B"/>
          <w:sz w:val="22"/>
        </w:rPr>
        <w:t xml:space="preserve">•  </w:t>
      </w:r>
      <w:r>
        <w:rPr>
          <w:b/>
          <w:sz w:val="20"/>
        </w:rPr>
        <w:t>Did you choose an option mainly because of the resources or strategic advantages it provided?</w:t>
      </w:r>
    </w:p>
    <w:tbl>
      <w:tblPr>
        <w:tblW w:w="0" w:type="auto"/>
        <w:tblLook w:val="04A0" w:firstRow="1" w:lastRow="0" w:firstColumn="1" w:lastColumn="0" w:noHBand="0" w:noVBand="1"/>
      </w:tblPr>
      <w:tblGrid>
        <w:gridCol w:w="10146"/>
      </w:tblGrid>
      <w:tr w:rsidR="0072415D" w14:paraId="18BE2371"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099B1C52" w14:textId="77777777" w:rsidR="0072415D" w:rsidRDefault="0072415D" w:rsidP="00686E4B">
            <w:pPr>
              <w:spacing w:after="0"/>
              <w:rPr>
                <w:color w:val="B8C6C8"/>
                <w:sz w:val="17"/>
              </w:rPr>
            </w:pPr>
          </w:p>
          <w:p w14:paraId="20157E03" w14:textId="77777777" w:rsidR="0072415D" w:rsidRDefault="0072415D" w:rsidP="00686E4B">
            <w:pPr>
              <w:spacing w:after="0"/>
            </w:pPr>
          </w:p>
          <w:p w14:paraId="1E9A1902" w14:textId="77777777" w:rsidR="0024636D" w:rsidRDefault="0024636D" w:rsidP="00686E4B">
            <w:pPr>
              <w:spacing w:after="0"/>
            </w:pPr>
          </w:p>
        </w:tc>
      </w:tr>
    </w:tbl>
    <w:p w14:paraId="1DAF0567" w14:textId="77777777" w:rsidR="006A5F1E" w:rsidRDefault="006A5F1E">
      <w:pPr>
        <w:spacing w:after="0"/>
      </w:pPr>
    </w:p>
    <w:p w14:paraId="6E6EABF5" w14:textId="77777777" w:rsidR="005F72FB" w:rsidRDefault="005F72FB" w:rsidP="005F72FB">
      <w:pPr>
        <w:spacing w:after="40"/>
        <w:ind w:left="115" w:hanging="115"/>
      </w:pPr>
      <w:r>
        <w:rPr>
          <w:b/>
          <w:color w:val="C12B3B"/>
          <w:sz w:val="22"/>
        </w:rPr>
        <w:t xml:space="preserve">•  </w:t>
      </w:r>
      <w:r>
        <w:rPr>
          <w:b/>
          <w:sz w:val="20"/>
        </w:rPr>
        <w:t>Identify one decision you would make differently in a second playthrough. Explain why.</w:t>
      </w:r>
    </w:p>
    <w:tbl>
      <w:tblPr>
        <w:tblW w:w="0" w:type="auto"/>
        <w:tblLook w:val="04A0" w:firstRow="1" w:lastRow="0" w:firstColumn="1" w:lastColumn="0" w:noHBand="0" w:noVBand="1"/>
      </w:tblPr>
      <w:tblGrid>
        <w:gridCol w:w="10146"/>
      </w:tblGrid>
      <w:tr w:rsidR="005F72FB" w14:paraId="57FF08A1"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16E73CC3" w14:textId="77777777" w:rsidR="005F72FB" w:rsidRDefault="005F72FB" w:rsidP="00686E4B">
            <w:pPr>
              <w:spacing w:after="0"/>
              <w:rPr>
                <w:color w:val="B8C6C8"/>
                <w:sz w:val="17"/>
              </w:rPr>
            </w:pPr>
          </w:p>
          <w:p w14:paraId="74CC38D3" w14:textId="77777777" w:rsidR="0024636D" w:rsidRDefault="0024636D" w:rsidP="00686E4B">
            <w:pPr>
              <w:spacing w:after="0"/>
              <w:rPr>
                <w:color w:val="B8C6C8"/>
                <w:sz w:val="17"/>
              </w:rPr>
            </w:pPr>
          </w:p>
          <w:p w14:paraId="26C7BF35" w14:textId="6DFAE10D" w:rsidR="005F72FB" w:rsidRDefault="005F72FB" w:rsidP="00686E4B">
            <w:pPr>
              <w:spacing w:after="0"/>
            </w:pPr>
          </w:p>
        </w:tc>
      </w:tr>
    </w:tbl>
    <w:p w14:paraId="6666521F" w14:textId="77777777" w:rsidR="006A5F1E" w:rsidRDefault="006A5F1E">
      <w:pPr>
        <w:spacing w:after="0"/>
      </w:pPr>
    </w:p>
    <w:p w14:paraId="006E8FE7" w14:textId="77777777" w:rsidR="00504612" w:rsidRDefault="00504612" w:rsidP="00504612">
      <w:pPr>
        <w:spacing w:after="40"/>
        <w:ind w:left="115" w:hanging="115"/>
      </w:pPr>
      <w:r>
        <w:rPr>
          <w:b/>
          <w:color w:val="C12B3B"/>
          <w:sz w:val="22"/>
        </w:rPr>
        <w:t xml:space="preserve">•  </w:t>
      </w:r>
      <w:r>
        <w:rPr>
          <w:b/>
          <w:sz w:val="20"/>
        </w:rPr>
        <w:t>Does winning the game necessarily mean making politically or ethically “right” decisions?</w:t>
      </w:r>
    </w:p>
    <w:tbl>
      <w:tblPr>
        <w:tblW w:w="0" w:type="auto"/>
        <w:tblLook w:val="04A0" w:firstRow="1" w:lastRow="0" w:firstColumn="1" w:lastColumn="0" w:noHBand="0" w:noVBand="1"/>
      </w:tblPr>
      <w:tblGrid>
        <w:gridCol w:w="10146"/>
      </w:tblGrid>
      <w:tr w:rsidR="00504612" w14:paraId="28EA45E9"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195C426C" w14:textId="77777777" w:rsidR="00504612" w:rsidRDefault="00504612" w:rsidP="00686E4B">
            <w:pPr>
              <w:spacing w:after="0"/>
              <w:rPr>
                <w:color w:val="B8C6C8"/>
                <w:sz w:val="17"/>
              </w:rPr>
            </w:pPr>
          </w:p>
          <w:p w14:paraId="5C16BAD6" w14:textId="77777777" w:rsidR="0024636D" w:rsidRDefault="0024636D" w:rsidP="00686E4B">
            <w:pPr>
              <w:spacing w:after="0"/>
              <w:rPr>
                <w:color w:val="B8C6C8"/>
                <w:sz w:val="17"/>
              </w:rPr>
            </w:pPr>
          </w:p>
          <w:p w14:paraId="2C9345D2" w14:textId="3E88B899" w:rsidR="00504612" w:rsidRDefault="00504612" w:rsidP="00686E4B">
            <w:pPr>
              <w:spacing w:after="0"/>
            </w:pPr>
          </w:p>
        </w:tc>
      </w:tr>
    </w:tbl>
    <w:p w14:paraId="2C1CEE77" w14:textId="77777777" w:rsidR="006A5F1E" w:rsidRDefault="006A5F1E">
      <w:pPr>
        <w:spacing w:after="0"/>
      </w:pPr>
    </w:p>
    <w:p w14:paraId="5D3BC073" w14:textId="77777777" w:rsidR="005360BB" w:rsidRDefault="005360BB" w:rsidP="005360BB">
      <w:pPr>
        <w:spacing w:after="40"/>
        <w:ind w:left="115" w:hanging="115"/>
      </w:pPr>
      <w:r>
        <w:rPr>
          <w:b/>
          <w:color w:val="C12B3B"/>
          <w:sz w:val="22"/>
        </w:rPr>
        <w:t xml:space="preserve">•  </w:t>
      </w:r>
      <w:r>
        <w:rPr>
          <w:b/>
          <w:sz w:val="20"/>
        </w:rPr>
        <w:t>What did the game help you understand about the selected value?</w:t>
      </w:r>
    </w:p>
    <w:tbl>
      <w:tblPr>
        <w:tblW w:w="0" w:type="auto"/>
        <w:tblLook w:val="04A0" w:firstRow="1" w:lastRow="0" w:firstColumn="1" w:lastColumn="0" w:noHBand="0" w:noVBand="1"/>
      </w:tblPr>
      <w:tblGrid>
        <w:gridCol w:w="10146"/>
      </w:tblGrid>
      <w:tr w:rsidR="005360BB" w14:paraId="7D69999A"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588F3B7D" w14:textId="77777777" w:rsidR="005360BB" w:rsidRDefault="005360BB" w:rsidP="00686E4B">
            <w:pPr>
              <w:spacing w:after="0"/>
            </w:pPr>
          </w:p>
          <w:p w14:paraId="051839E9" w14:textId="77777777" w:rsidR="005360BB" w:rsidRDefault="005360BB" w:rsidP="00686E4B">
            <w:pPr>
              <w:spacing w:after="0"/>
            </w:pPr>
          </w:p>
          <w:p w14:paraId="5852D95D" w14:textId="64D081E6" w:rsidR="0024636D" w:rsidRDefault="0024636D" w:rsidP="00686E4B">
            <w:pPr>
              <w:spacing w:after="0"/>
            </w:pPr>
          </w:p>
        </w:tc>
      </w:tr>
    </w:tbl>
    <w:p w14:paraId="5183A7F5" w14:textId="77777777" w:rsidR="0011321D" w:rsidRDefault="0011321D">
      <w:pPr>
        <w:spacing w:after="0"/>
      </w:pPr>
    </w:p>
    <w:p w14:paraId="738ABB3C" w14:textId="0C0E428D" w:rsidR="00AE12BC" w:rsidRDefault="00AE12BC" w:rsidP="00AE12BC">
      <w:pPr>
        <w:spacing w:after="40"/>
        <w:ind w:left="115" w:hanging="115"/>
      </w:pPr>
      <w:r>
        <w:rPr>
          <w:b/>
          <w:color w:val="C12B3B"/>
          <w:sz w:val="22"/>
        </w:rPr>
        <w:t xml:space="preserve">•  </w:t>
      </w:r>
      <w:r>
        <w:rPr>
          <w:b/>
          <w:sz w:val="20"/>
        </w:rPr>
        <w:t xml:space="preserve">Did any </w:t>
      </w:r>
      <w:r>
        <w:rPr>
          <w:b/>
          <w:sz w:val="20"/>
        </w:rPr>
        <w:t>occurring problem</w:t>
      </w:r>
      <w:r>
        <w:rPr>
          <w:b/>
          <w:sz w:val="20"/>
        </w:rPr>
        <w:t xml:space="preserve"> or consequence surprise you?</w:t>
      </w:r>
    </w:p>
    <w:tbl>
      <w:tblPr>
        <w:tblW w:w="0" w:type="auto"/>
        <w:tblLook w:val="04A0" w:firstRow="1" w:lastRow="0" w:firstColumn="1" w:lastColumn="0" w:noHBand="0" w:noVBand="1"/>
      </w:tblPr>
      <w:tblGrid>
        <w:gridCol w:w="10146"/>
      </w:tblGrid>
      <w:tr w:rsidR="00AE12BC" w14:paraId="5B615149"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2EEDEBBD" w14:textId="77777777" w:rsidR="00AE12BC" w:rsidRDefault="00AE12BC" w:rsidP="00686E4B">
            <w:pPr>
              <w:spacing w:after="0"/>
              <w:rPr>
                <w:color w:val="B8C6C8"/>
                <w:sz w:val="17"/>
              </w:rPr>
            </w:pPr>
          </w:p>
          <w:p w14:paraId="763C1A4F" w14:textId="77777777" w:rsidR="00AE12BC" w:rsidRDefault="00AE12BC" w:rsidP="00686E4B">
            <w:pPr>
              <w:spacing w:after="0"/>
            </w:pPr>
          </w:p>
          <w:p w14:paraId="2C3DD6AC" w14:textId="1A1BE0FC" w:rsidR="0024636D" w:rsidRDefault="0024636D" w:rsidP="00686E4B">
            <w:pPr>
              <w:spacing w:after="0"/>
            </w:pPr>
          </w:p>
        </w:tc>
      </w:tr>
    </w:tbl>
    <w:p w14:paraId="0C73D773" w14:textId="77777777" w:rsidR="0011321D" w:rsidRDefault="0011321D">
      <w:pPr>
        <w:spacing w:after="0"/>
      </w:pPr>
    </w:p>
    <w:p w14:paraId="755D8D1E" w14:textId="77777777" w:rsidR="00965791" w:rsidRDefault="00965791">
      <w:pPr>
        <w:spacing w:after="0"/>
      </w:pPr>
    </w:p>
    <w:p w14:paraId="70127A62" w14:textId="77777777" w:rsidR="00965791" w:rsidRDefault="00965791">
      <w:pPr>
        <w:spacing w:after="0"/>
      </w:pPr>
    </w:p>
    <w:p w14:paraId="390FEA46" w14:textId="77777777" w:rsidR="00965791" w:rsidRDefault="00965791">
      <w:pPr>
        <w:spacing w:after="0"/>
      </w:pPr>
    </w:p>
    <w:p w14:paraId="0E7A09B2" w14:textId="77777777" w:rsidR="00965791" w:rsidRDefault="00965791">
      <w:pPr>
        <w:spacing w:after="0"/>
      </w:pPr>
    </w:p>
    <w:p w14:paraId="00077161" w14:textId="77777777" w:rsidR="00965791" w:rsidRDefault="00965791">
      <w:pPr>
        <w:spacing w:after="0"/>
      </w:pPr>
    </w:p>
    <w:p w14:paraId="548FA841" w14:textId="77777777" w:rsidR="00965791" w:rsidRDefault="00965791">
      <w:pPr>
        <w:spacing w:after="0"/>
      </w:pPr>
    </w:p>
    <w:p w14:paraId="188FF6D1" w14:textId="77777777" w:rsidR="00965791" w:rsidRDefault="00965791">
      <w:pPr>
        <w:spacing w:after="0"/>
      </w:pPr>
    </w:p>
    <w:tbl>
      <w:tblPr>
        <w:tblW w:w="0" w:type="auto"/>
        <w:jc w:val="center"/>
        <w:tblLayout w:type="fixed"/>
        <w:tblLook w:val="04A0" w:firstRow="1" w:lastRow="0" w:firstColumn="1" w:lastColumn="0" w:noHBand="0" w:noVBand="1"/>
      </w:tblPr>
      <w:tblGrid>
        <w:gridCol w:w="10166"/>
      </w:tblGrid>
      <w:tr w:rsidR="0011321D" w14:paraId="1CBA6A4E"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531D0E4C" w14:textId="1F8087B8" w:rsidR="0011321D" w:rsidRDefault="0072415D" w:rsidP="00BB6449">
            <w:pPr>
              <w:spacing w:after="0" w:line="276" w:lineRule="auto"/>
            </w:pPr>
            <w:r>
              <w:rPr>
                <w:b/>
                <w:color w:val="173B43"/>
                <w:sz w:val="30"/>
              </w:rPr>
              <w:lastRenderedPageBreak/>
              <w:t>Level 2</w:t>
            </w:r>
          </w:p>
        </w:tc>
      </w:tr>
    </w:tbl>
    <w:p w14:paraId="368CED01" w14:textId="77777777" w:rsidR="0011321D" w:rsidRDefault="0011321D">
      <w:pPr>
        <w:spacing w:after="0"/>
      </w:pPr>
    </w:p>
    <w:p w14:paraId="26A86B68" w14:textId="77777777" w:rsidR="0072415D" w:rsidRDefault="0072415D" w:rsidP="0072415D">
      <w:pPr>
        <w:spacing w:after="40"/>
        <w:ind w:left="115" w:hanging="115"/>
      </w:pPr>
      <w:r>
        <w:rPr>
          <w:b/>
          <w:color w:val="C12B3B"/>
          <w:sz w:val="22"/>
        </w:rPr>
        <w:t xml:space="preserve">•  </w:t>
      </w:r>
      <w:r>
        <w:rPr>
          <w:b/>
          <w:sz w:val="20"/>
        </w:rPr>
        <w:t>Which of your decisions best reflected what you personally believe?</w:t>
      </w:r>
    </w:p>
    <w:tbl>
      <w:tblPr>
        <w:tblW w:w="0" w:type="auto"/>
        <w:tblLook w:val="04A0" w:firstRow="1" w:lastRow="0" w:firstColumn="1" w:lastColumn="0" w:noHBand="0" w:noVBand="1"/>
      </w:tblPr>
      <w:tblGrid>
        <w:gridCol w:w="10146"/>
      </w:tblGrid>
      <w:tr w:rsidR="0072415D" w14:paraId="23B30DA3"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262D4B40" w14:textId="77777777" w:rsidR="0072415D" w:rsidRDefault="0072415D" w:rsidP="00686E4B">
            <w:pPr>
              <w:spacing w:after="0"/>
              <w:rPr>
                <w:color w:val="B8C6C8"/>
                <w:sz w:val="17"/>
              </w:rPr>
            </w:pPr>
          </w:p>
          <w:p w14:paraId="3D3ED8F5" w14:textId="77777777" w:rsidR="0024636D" w:rsidRDefault="0024636D" w:rsidP="00686E4B">
            <w:pPr>
              <w:spacing w:after="0"/>
              <w:rPr>
                <w:color w:val="B8C6C8"/>
                <w:sz w:val="17"/>
              </w:rPr>
            </w:pPr>
          </w:p>
          <w:p w14:paraId="32ACA141" w14:textId="77777777" w:rsidR="0072415D" w:rsidRDefault="0072415D" w:rsidP="00686E4B">
            <w:pPr>
              <w:spacing w:after="0"/>
            </w:pPr>
          </w:p>
        </w:tc>
      </w:tr>
    </w:tbl>
    <w:p w14:paraId="2679B884" w14:textId="77777777" w:rsidR="0072415D" w:rsidRDefault="0072415D">
      <w:pPr>
        <w:spacing w:after="0"/>
      </w:pPr>
    </w:p>
    <w:p w14:paraId="0549512D" w14:textId="77777777" w:rsidR="007739B7" w:rsidRDefault="007739B7" w:rsidP="007739B7">
      <w:pPr>
        <w:spacing w:after="40"/>
        <w:ind w:left="115" w:hanging="115"/>
      </w:pPr>
      <w:r>
        <w:rPr>
          <w:b/>
          <w:color w:val="C12B3B"/>
          <w:sz w:val="22"/>
        </w:rPr>
        <w:t xml:space="preserve">•  </w:t>
      </w:r>
      <w:r>
        <w:rPr>
          <w:b/>
          <w:sz w:val="20"/>
        </w:rPr>
        <w:t>Which aspects of real political decision-making are simplified or missing?</w:t>
      </w:r>
    </w:p>
    <w:tbl>
      <w:tblPr>
        <w:tblW w:w="0" w:type="auto"/>
        <w:tblLook w:val="04A0" w:firstRow="1" w:lastRow="0" w:firstColumn="1" w:lastColumn="0" w:noHBand="0" w:noVBand="1"/>
      </w:tblPr>
      <w:tblGrid>
        <w:gridCol w:w="10146"/>
      </w:tblGrid>
      <w:tr w:rsidR="007739B7" w14:paraId="08606D59"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28665E48" w14:textId="77777777" w:rsidR="007739B7" w:rsidRDefault="007739B7" w:rsidP="00686E4B">
            <w:pPr>
              <w:spacing w:after="0"/>
              <w:rPr>
                <w:color w:val="B8C6C8"/>
                <w:sz w:val="17"/>
              </w:rPr>
            </w:pPr>
          </w:p>
          <w:p w14:paraId="7CC847D8" w14:textId="77777777" w:rsidR="007739B7" w:rsidRDefault="007739B7" w:rsidP="00686E4B">
            <w:pPr>
              <w:spacing w:after="0"/>
            </w:pPr>
          </w:p>
          <w:p w14:paraId="68BBD17C" w14:textId="764FA700" w:rsidR="0024636D" w:rsidRDefault="0024636D" w:rsidP="00686E4B">
            <w:pPr>
              <w:spacing w:after="0"/>
            </w:pPr>
          </w:p>
        </w:tc>
      </w:tr>
    </w:tbl>
    <w:p w14:paraId="5549A4EF" w14:textId="77777777" w:rsidR="007739B7" w:rsidRDefault="007739B7">
      <w:pPr>
        <w:spacing w:after="0"/>
      </w:pPr>
    </w:p>
    <w:p w14:paraId="0FD0A7ED" w14:textId="77777777" w:rsidR="00667235" w:rsidRDefault="00667235" w:rsidP="00667235">
      <w:pPr>
        <w:spacing w:after="40"/>
        <w:ind w:left="115" w:hanging="115"/>
      </w:pPr>
      <w:r>
        <w:rPr>
          <w:b/>
          <w:color w:val="C12B3B"/>
          <w:sz w:val="22"/>
        </w:rPr>
        <w:t xml:space="preserve">•  </w:t>
      </w:r>
      <w:r>
        <w:rPr>
          <w:b/>
          <w:sz w:val="20"/>
        </w:rPr>
        <w:t>Did the game change or challenge your understanding of the value?</w:t>
      </w:r>
    </w:p>
    <w:tbl>
      <w:tblPr>
        <w:tblW w:w="0" w:type="auto"/>
        <w:tblLook w:val="04A0" w:firstRow="1" w:lastRow="0" w:firstColumn="1" w:lastColumn="0" w:noHBand="0" w:noVBand="1"/>
      </w:tblPr>
      <w:tblGrid>
        <w:gridCol w:w="10146"/>
      </w:tblGrid>
      <w:tr w:rsidR="00667235" w14:paraId="345922C8"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60E66E34" w14:textId="77777777" w:rsidR="00667235" w:rsidRDefault="00667235" w:rsidP="00686E4B">
            <w:pPr>
              <w:spacing w:after="0"/>
              <w:rPr>
                <w:color w:val="B8C6C8"/>
                <w:sz w:val="17"/>
              </w:rPr>
            </w:pPr>
          </w:p>
          <w:p w14:paraId="021BA172" w14:textId="77777777" w:rsidR="00667235" w:rsidRDefault="00667235" w:rsidP="00686E4B">
            <w:pPr>
              <w:spacing w:after="0"/>
            </w:pPr>
          </w:p>
          <w:p w14:paraId="52C6EC03" w14:textId="5A981784" w:rsidR="0024636D" w:rsidRDefault="0024636D" w:rsidP="00686E4B">
            <w:pPr>
              <w:spacing w:after="0"/>
            </w:pPr>
          </w:p>
        </w:tc>
      </w:tr>
    </w:tbl>
    <w:p w14:paraId="771F88D1" w14:textId="77777777" w:rsidR="00667235" w:rsidRDefault="00667235">
      <w:pPr>
        <w:spacing w:after="0"/>
      </w:pPr>
    </w:p>
    <w:p w14:paraId="782360EE" w14:textId="77777777" w:rsidR="0011321D" w:rsidRDefault="0011321D">
      <w:pPr>
        <w:spacing w:after="0"/>
      </w:pPr>
    </w:p>
    <w:tbl>
      <w:tblPr>
        <w:tblW w:w="0" w:type="auto"/>
        <w:jc w:val="center"/>
        <w:tblLayout w:type="fixed"/>
        <w:tblLook w:val="04A0" w:firstRow="1" w:lastRow="0" w:firstColumn="1" w:lastColumn="0" w:noHBand="0" w:noVBand="1"/>
      </w:tblPr>
      <w:tblGrid>
        <w:gridCol w:w="10166"/>
      </w:tblGrid>
      <w:tr w:rsidR="0011321D" w14:paraId="47268863"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004A8D97" w14:textId="312BD991" w:rsidR="0011321D" w:rsidRDefault="00667235" w:rsidP="00BB6449">
            <w:pPr>
              <w:spacing w:after="0" w:line="276" w:lineRule="auto"/>
            </w:pPr>
            <w:r>
              <w:rPr>
                <w:b/>
                <w:color w:val="173B43"/>
                <w:sz w:val="30"/>
              </w:rPr>
              <w:t>Level 3</w:t>
            </w:r>
          </w:p>
        </w:tc>
      </w:tr>
    </w:tbl>
    <w:p w14:paraId="2C4B1017" w14:textId="77777777" w:rsidR="0011321D" w:rsidRDefault="0011321D">
      <w:pPr>
        <w:spacing w:after="0"/>
      </w:pPr>
    </w:p>
    <w:p w14:paraId="0BEBC097" w14:textId="77777777" w:rsidR="00667235" w:rsidRDefault="00667235" w:rsidP="00667235">
      <w:pPr>
        <w:spacing w:after="40"/>
        <w:ind w:left="115" w:hanging="115"/>
      </w:pPr>
      <w:r>
        <w:rPr>
          <w:b/>
          <w:color w:val="C12B3B"/>
          <w:sz w:val="22"/>
        </w:rPr>
        <w:t xml:space="preserve">•  </w:t>
      </w:r>
      <w:r>
        <w:rPr>
          <w:b/>
          <w:sz w:val="20"/>
        </w:rPr>
        <w:t>Where do you see similar tensions or compromises in political or social life?</w:t>
      </w:r>
    </w:p>
    <w:tbl>
      <w:tblPr>
        <w:tblW w:w="0" w:type="auto"/>
        <w:tblLook w:val="04A0" w:firstRow="1" w:lastRow="0" w:firstColumn="1" w:lastColumn="0" w:noHBand="0" w:noVBand="1"/>
      </w:tblPr>
      <w:tblGrid>
        <w:gridCol w:w="10146"/>
      </w:tblGrid>
      <w:tr w:rsidR="00667235" w14:paraId="5EEA6AEB"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4BD327C1" w14:textId="77777777" w:rsidR="00667235" w:rsidRDefault="00667235" w:rsidP="00686E4B">
            <w:pPr>
              <w:spacing w:after="0"/>
              <w:rPr>
                <w:color w:val="B8C6C8"/>
                <w:sz w:val="17"/>
              </w:rPr>
            </w:pPr>
          </w:p>
          <w:p w14:paraId="0EAC1D15" w14:textId="77777777" w:rsidR="0024636D" w:rsidRDefault="0024636D" w:rsidP="00686E4B">
            <w:pPr>
              <w:spacing w:after="0"/>
              <w:rPr>
                <w:color w:val="B8C6C8"/>
                <w:sz w:val="17"/>
              </w:rPr>
            </w:pPr>
          </w:p>
          <w:p w14:paraId="6E4818C0" w14:textId="6214AC3C" w:rsidR="00667235" w:rsidRDefault="00667235" w:rsidP="00686E4B">
            <w:pPr>
              <w:spacing w:after="0"/>
            </w:pPr>
          </w:p>
        </w:tc>
      </w:tr>
    </w:tbl>
    <w:p w14:paraId="62FAA068" w14:textId="77777777" w:rsidR="0011321D" w:rsidRDefault="0011321D">
      <w:pPr>
        <w:spacing w:after="0"/>
      </w:pPr>
    </w:p>
    <w:p w14:paraId="40963547" w14:textId="77777777" w:rsidR="0024636D" w:rsidRDefault="0024636D" w:rsidP="0024636D">
      <w:pPr>
        <w:spacing w:after="40"/>
        <w:ind w:left="115" w:hanging="115"/>
      </w:pPr>
      <w:r>
        <w:rPr>
          <w:b/>
          <w:color w:val="C12B3B"/>
          <w:sz w:val="22"/>
        </w:rPr>
        <w:t xml:space="preserve">•  </w:t>
      </w:r>
      <w:r>
        <w:rPr>
          <w:b/>
          <w:sz w:val="20"/>
        </w:rPr>
        <w:t>Design an additional policy card for the scenario. What would it represent, which resources would it provide or require, and what consequences could it have?</w:t>
      </w:r>
    </w:p>
    <w:tbl>
      <w:tblPr>
        <w:tblW w:w="0" w:type="auto"/>
        <w:tblLook w:val="04A0" w:firstRow="1" w:lastRow="0" w:firstColumn="1" w:lastColumn="0" w:noHBand="0" w:noVBand="1"/>
      </w:tblPr>
      <w:tblGrid>
        <w:gridCol w:w="10146"/>
      </w:tblGrid>
      <w:tr w:rsidR="0024636D" w14:paraId="148007B5" w14:textId="77777777" w:rsidTr="00686E4B">
        <w:tc>
          <w:tcPr>
            <w:tcW w:w="10166" w:type="dxa"/>
            <w:tcBorders>
              <w:top w:val="single" w:sz="8" w:space="0" w:color="D4E1E3"/>
              <w:left w:val="single" w:sz="8" w:space="0" w:color="D4E1E3"/>
              <w:bottom w:val="single" w:sz="8" w:space="0" w:color="D4E1E3"/>
              <w:right w:val="single" w:sz="8" w:space="0" w:color="D4E1E3"/>
            </w:tcBorders>
            <w:tcMar>
              <w:top w:w="80" w:type="dxa"/>
              <w:left w:w="130" w:type="dxa"/>
              <w:bottom w:w="80" w:type="dxa"/>
              <w:right w:w="130" w:type="dxa"/>
            </w:tcMar>
          </w:tcPr>
          <w:p w14:paraId="2DBD33FF" w14:textId="77777777" w:rsidR="0024636D" w:rsidRDefault="0024636D" w:rsidP="00686E4B">
            <w:pPr>
              <w:spacing w:after="0"/>
              <w:rPr>
                <w:color w:val="B8C6C8"/>
                <w:sz w:val="17"/>
              </w:rPr>
            </w:pPr>
          </w:p>
          <w:p w14:paraId="0343FB1B" w14:textId="77777777" w:rsidR="0024636D" w:rsidRDefault="0024636D" w:rsidP="00686E4B">
            <w:pPr>
              <w:spacing w:after="0"/>
              <w:rPr>
                <w:color w:val="B8C6C8"/>
                <w:sz w:val="17"/>
              </w:rPr>
            </w:pPr>
          </w:p>
          <w:p w14:paraId="5D86B950" w14:textId="1703B691" w:rsidR="0024636D" w:rsidRDefault="0024636D" w:rsidP="00686E4B">
            <w:pPr>
              <w:spacing w:after="0"/>
            </w:pPr>
          </w:p>
        </w:tc>
      </w:tr>
    </w:tbl>
    <w:p w14:paraId="0EB475D6" w14:textId="77777777" w:rsidR="0024636D" w:rsidRDefault="0024636D" w:rsidP="0024636D">
      <w:pPr>
        <w:spacing w:after="0"/>
      </w:pPr>
    </w:p>
    <w:p w14:paraId="6E37C66D" w14:textId="6973C2EA" w:rsidR="0011321D" w:rsidRDefault="00D01376" w:rsidP="0024636D">
      <w:pPr>
        <w:spacing w:after="0"/>
      </w:pPr>
      <w:r>
        <w:br w:type="page"/>
      </w:r>
    </w:p>
    <w:p w14:paraId="7EBE7E69" w14:textId="3BDBA408" w:rsidR="00B24FCE" w:rsidRPr="00BB6449" w:rsidRDefault="005E5004" w:rsidP="00B24FCE">
      <w:pPr>
        <w:spacing w:after="0"/>
        <w:rPr>
          <w:b/>
          <w:color w:val="173B43"/>
          <w:sz w:val="36"/>
          <w:szCs w:val="36"/>
        </w:rPr>
      </w:pPr>
      <w:r>
        <w:rPr>
          <w:b/>
          <w:color w:val="173B43"/>
          <w:sz w:val="36"/>
          <w:szCs w:val="36"/>
        </w:rPr>
        <w:lastRenderedPageBreak/>
        <w:t xml:space="preserve">Space for additional notes - </w:t>
      </w:r>
      <w:proofErr w:type="gramStart"/>
      <w:r w:rsidR="00B24FCE" w:rsidRPr="00BB6449">
        <w:rPr>
          <w:b/>
          <w:color w:val="173B43"/>
          <w:sz w:val="36"/>
          <w:szCs w:val="36"/>
        </w:rPr>
        <w:t>Difficult</w:t>
      </w:r>
      <w:proofErr w:type="gramEnd"/>
      <w:r w:rsidR="00B24FCE" w:rsidRPr="00BB6449">
        <w:rPr>
          <w:b/>
          <w:color w:val="173B43"/>
          <w:sz w:val="36"/>
          <w:szCs w:val="36"/>
        </w:rPr>
        <w:t xml:space="preserve"> choices</w:t>
      </w:r>
    </w:p>
    <w:p w14:paraId="6D048C63" w14:textId="77777777" w:rsidR="00B24FCE" w:rsidRDefault="00B24FCE" w:rsidP="00B24FCE">
      <w:pPr>
        <w:spacing w:after="0"/>
      </w:pPr>
      <w:r>
        <w:rPr>
          <w:color w:val="6A7B7F"/>
          <w:sz w:val="24"/>
        </w:rPr>
        <w:t>Decision 1 of 3</w:t>
      </w:r>
    </w:p>
    <w:p w14:paraId="628A90BF"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851"/>
        <w:gridCol w:w="9315"/>
      </w:tblGrid>
      <w:tr w:rsidR="00B24FCE" w14:paraId="2AD7FDE6" w14:textId="77777777" w:rsidTr="00686E4B">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78DFE70B" w14:textId="77777777" w:rsidR="00B24FCE" w:rsidRDefault="00B24FCE" w:rsidP="00686E4B">
            <w:pPr>
              <w:spacing w:after="0"/>
              <w:jc w:val="center"/>
            </w:pPr>
            <w:r w:rsidRPr="004A1784">
              <w:rPr>
                <w:color w:val="FFFFFF" w:themeColor="background1"/>
              </w:rPr>
              <w:t>1</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40AF9445" w14:textId="77777777" w:rsidR="00B24FCE" w:rsidRDefault="00B24FCE" w:rsidP="00686E4B">
            <w:pPr>
              <w:spacing w:after="0"/>
            </w:pPr>
            <w:r>
              <w:rPr>
                <w:b/>
                <w:color w:val="173B43"/>
              </w:rPr>
              <w:t>Describe the decision you had to make.</w:t>
            </w:r>
          </w:p>
        </w:tc>
      </w:tr>
      <w:tr w:rsidR="00B24FCE" w14:paraId="6CC36C8E" w14:textId="77777777" w:rsidTr="00686E4B">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3B342A6F" w14:textId="77777777" w:rsidR="00B24FCE" w:rsidRDefault="00B24FCE" w:rsidP="00686E4B">
            <w:pPr>
              <w:spacing w:after="0"/>
              <w:rPr>
                <w:color w:val="AFC0C3"/>
                <w:sz w:val="18"/>
              </w:rPr>
            </w:pPr>
          </w:p>
          <w:p w14:paraId="5B4CC1E9" w14:textId="77777777" w:rsidR="00B24FCE" w:rsidRDefault="00B24FCE" w:rsidP="00686E4B">
            <w:pPr>
              <w:spacing w:after="0"/>
              <w:rPr>
                <w:color w:val="AFC0C3"/>
                <w:sz w:val="18"/>
              </w:rPr>
            </w:pPr>
          </w:p>
          <w:p w14:paraId="2AB7DC77" w14:textId="77777777" w:rsidR="00B24FCE" w:rsidRDefault="00B24FCE" w:rsidP="00686E4B">
            <w:pPr>
              <w:spacing w:after="0"/>
              <w:rPr>
                <w:color w:val="AFC0C3"/>
                <w:sz w:val="18"/>
              </w:rPr>
            </w:pPr>
          </w:p>
          <w:p w14:paraId="6A918C62" w14:textId="77777777" w:rsidR="00B24FCE" w:rsidRDefault="00B24FCE" w:rsidP="00686E4B">
            <w:pPr>
              <w:spacing w:after="0"/>
            </w:pPr>
          </w:p>
        </w:tc>
      </w:tr>
    </w:tbl>
    <w:p w14:paraId="20288570"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3EB621F1"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4D93EB49" w14:textId="77777777" w:rsidR="00B24FCE" w:rsidRDefault="00B24FCE" w:rsidP="00686E4B">
            <w:pPr>
              <w:spacing w:after="0"/>
            </w:pPr>
            <w:r>
              <w:rPr>
                <w:b/>
                <w:color w:val="173B43"/>
              </w:rPr>
              <w:t>Describe why the decision was difficult.</w:t>
            </w:r>
          </w:p>
        </w:tc>
      </w:tr>
      <w:tr w:rsidR="00B24FCE" w14:paraId="2B5BEF71"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6C40ECE5" w14:textId="77777777" w:rsidR="00B24FCE" w:rsidRDefault="00B24FCE" w:rsidP="00686E4B">
            <w:pPr>
              <w:spacing w:after="0"/>
              <w:rPr>
                <w:color w:val="AFC0C3"/>
                <w:sz w:val="18"/>
              </w:rPr>
            </w:pPr>
          </w:p>
          <w:p w14:paraId="11CCFEF0" w14:textId="77777777" w:rsidR="00B24FCE" w:rsidRDefault="00B24FCE" w:rsidP="00686E4B">
            <w:pPr>
              <w:spacing w:after="0"/>
              <w:rPr>
                <w:color w:val="AFC0C3"/>
                <w:sz w:val="18"/>
              </w:rPr>
            </w:pPr>
          </w:p>
          <w:p w14:paraId="005CE654" w14:textId="77777777" w:rsidR="00B24FCE" w:rsidRDefault="00B24FCE" w:rsidP="00686E4B">
            <w:pPr>
              <w:spacing w:after="0"/>
              <w:rPr>
                <w:color w:val="AFC0C3"/>
                <w:sz w:val="18"/>
              </w:rPr>
            </w:pPr>
          </w:p>
          <w:p w14:paraId="06FCCD48" w14:textId="77777777" w:rsidR="00B24FCE" w:rsidRDefault="00B24FCE" w:rsidP="00686E4B">
            <w:pPr>
              <w:spacing w:after="0"/>
            </w:pPr>
          </w:p>
        </w:tc>
      </w:tr>
    </w:tbl>
    <w:p w14:paraId="00FD9152"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5196830E"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1ABCA1C3" w14:textId="77777777" w:rsidR="00B24FCE" w:rsidRDefault="00B24FCE" w:rsidP="00686E4B">
            <w:pPr>
              <w:spacing w:after="0"/>
            </w:pPr>
            <w:r>
              <w:rPr>
                <w:b/>
                <w:color w:val="173B43"/>
              </w:rPr>
              <w:t>State your reasons for choosing a certain option.</w:t>
            </w:r>
          </w:p>
        </w:tc>
      </w:tr>
      <w:tr w:rsidR="00B24FCE" w14:paraId="1FA8DA80"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162E892E" w14:textId="77777777" w:rsidR="00B24FCE" w:rsidRDefault="00B24FCE" w:rsidP="00686E4B">
            <w:pPr>
              <w:spacing w:after="0"/>
              <w:rPr>
                <w:color w:val="AFC0C3"/>
                <w:sz w:val="18"/>
              </w:rPr>
            </w:pPr>
          </w:p>
          <w:p w14:paraId="12515C11" w14:textId="77777777" w:rsidR="00B24FCE" w:rsidRDefault="00B24FCE" w:rsidP="00686E4B">
            <w:pPr>
              <w:spacing w:after="0"/>
              <w:rPr>
                <w:color w:val="AFC0C3"/>
                <w:sz w:val="18"/>
              </w:rPr>
            </w:pPr>
          </w:p>
          <w:p w14:paraId="5645AE0C" w14:textId="77777777" w:rsidR="00B24FCE" w:rsidRDefault="00B24FCE" w:rsidP="00686E4B">
            <w:pPr>
              <w:spacing w:after="0"/>
              <w:rPr>
                <w:color w:val="AFC0C3"/>
                <w:sz w:val="18"/>
              </w:rPr>
            </w:pPr>
          </w:p>
          <w:p w14:paraId="4A32F333" w14:textId="77777777" w:rsidR="00B24FCE" w:rsidRDefault="00B24FCE" w:rsidP="00686E4B">
            <w:pPr>
              <w:spacing w:after="0"/>
            </w:pPr>
          </w:p>
        </w:tc>
      </w:tr>
    </w:tbl>
    <w:p w14:paraId="2BD3145A"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0534DF9F"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5BC08ED8" w14:textId="77777777" w:rsidR="00B24FCE" w:rsidRDefault="00B24FCE" w:rsidP="00686E4B">
            <w:pPr>
              <w:spacing w:after="0"/>
            </w:pPr>
            <w:r>
              <w:rPr>
                <w:b/>
                <w:color w:val="173B43"/>
              </w:rPr>
              <w:t>Sum up the consequences of your decision in the game.</w:t>
            </w:r>
          </w:p>
        </w:tc>
      </w:tr>
      <w:tr w:rsidR="00B24FCE" w14:paraId="13B95788"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5873807F" w14:textId="77777777" w:rsidR="00B24FCE" w:rsidRDefault="00B24FCE" w:rsidP="00686E4B">
            <w:pPr>
              <w:spacing w:after="0"/>
              <w:rPr>
                <w:color w:val="AFC0C3"/>
                <w:sz w:val="18"/>
              </w:rPr>
            </w:pPr>
          </w:p>
          <w:p w14:paraId="621568A5" w14:textId="77777777" w:rsidR="00B24FCE" w:rsidRDefault="00B24FCE" w:rsidP="00686E4B">
            <w:pPr>
              <w:spacing w:after="0"/>
              <w:rPr>
                <w:color w:val="AFC0C3"/>
                <w:sz w:val="18"/>
              </w:rPr>
            </w:pPr>
          </w:p>
          <w:p w14:paraId="6A5C59FB" w14:textId="77777777" w:rsidR="00B24FCE" w:rsidRDefault="00B24FCE" w:rsidP="00686E4B">
            <w:pPr>
              <w:spacing w:after="0"/>
              <w:rPr>
                <w:color w:val="AFC0C3"/>
                <w:sz w:val="18"/>
              </w:rPr>
            </w:pPr>
          </w:p>
          <w:p w14:paraId="73F4DC6E" w14:textId="77777777" w:rsidR="00B24FCE" w:rsidRDefault="00B24FCE" w:rsidP="00686E4B">
            <w:pPr>
              <w:spacing w:after="0"/>
            </w:pPr>
          </w:p>
        </w:tc>
      </w:tr>
    </w:tbl>
    <w:p w14:paraId="485FC1B7" w14:textId="77777777" w:rsidR="00B24FCE" w:rsidRDefault="00B24FCE" w:rsidP="00B24FCE">
      <w:pPr>
        <w:spacing w:after="0"/>
        <w:rPr>
          <w:b/>
          <w:color w:val="173B43"/>
          <w:sz w:val="30"/>
        </w:rPr>
      </w:pPr>
    </w:p>
    <w:p w14:paraId="1C9763FF" w14:textId="77777777" w:rsidR="00B24FCE" w:rsidRDefault="00B24FCE" w:rsidP="00B24FCE">
      <w:pPr>
        <w:spacing w:after="200" w:line="276" w:lineRule="auto"/>
        <w:rPr>
          <w:b/>
          <w:color w:val="173B43"/>
          <w:sz w:val="30"/>
        </w:rPr>
      </w:pPr>
      <w:r>
        <w:rPr>
          <w:b/>
          <w:color w:val="173B43"/>
          <w:sz w:val="30"/>
        </w:rPr>
        <w:br w:type="page"/>
      </w:r>
    </w:p>
    <w:p w14:paraId="76E3F14B" w14:textId="77777777" w:rsidR="00B24FCE" w:rsidRPr="004A1784" w:rsidRDefault="00B24FCE" w:rsidP="00B24FCE">
      <w:pPr>
        <w:spacing w:after="0" w:line="276" w:lineRule="auto"/>
        <w:rPr>
          <w:b/>
          <w:color w:val="173B43"/>
          <w:sz w:val="30"/>
        </w:rPr>
      </w:pPr>
      <w:r w:rsidRPr="004A1784">
        <w:rPr>
          <w:b/>
          <w:color w:val="173B43"/>
          <w:sz w:val="30"/>
        </w:rPr>
        <w:lastRenderedPageBreak/>
        <w:t>Difficult choices</w:t>
      </w:r>
    </w:p>
    <w:p w14:paraId="21ACCB46" w14:textId="77777777" w:rsidR="00B24FCE" w:rsidRDefault="00B24FCE" w:rsidP="00B24FCE">
      <w:pPr>
        <w:spacing w:after="220"/>
      </w:pPr>
      <w:r>
        <w:rPr>
          <w:color w:val="6A7B7F"/>
          <w:sz w:val="24"/>
        </w:rPr>
        <w:t>Decision 2 of 3</w:t>
      </w:r>
    </w:p>
    <w:tbl>
      <w:tblPr>
        <w:tblW w:w="0" w:type="auto"/>
        <w:jc w:val="center"/>
        <w:tblLayout w:type="fixed"/>
        <w:tblLook w:val="04A0" w:firstRow="1" w:lastRow="0" w:firstColumn="1" w:lastColumn="0" w:noHBand="0" w:noVBand="1"/>
      </w:tblPr>
      <w:tblGrid>
        <w:gridCol w:w="851"/>
        <w:gridCol w:w="9315"/>
      </w:tblGrid>
      <w:tr w:rsidR="00B24FCE" w14:paraId="61C77A13" w14:textId="77777777" w:rsidTr="00686E4B">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7CFF0E06" w14:textId="77777777" w:rsidR="00B24FCE" w:rsidRDefault="00B24FCE" w:rsidP="00686E4B">
            <w:pPr>
              <w:spacing w:after="0"/>
              <w:jc w:val="center"/>
            </w:pPr>
            <w:r>
              <w:rPr>
                <w:color w:val="FFFFFF" w:themeColor="background1"/>
              </w:rPr>
              <w:t>2</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5FC9F4F6" w14:textId="77777777" w:rsidR="00B24FCE" w:rsidRDefault="00B24FCE" w:rsidP="00686E4B">
            <w:pPr>
              <w:spacing w:after="0"/>
            </w:pPr>
            <w:r>
              <w:rPr>
                <w:b/>
                <w:color w:val="173B43"/>
              </w:rPr>
              <w:t>Describe the decision you had to make.</w:t>
            </w:r>
          </w:p>
        </w:tc>
      </w:tr>
      <w:tr w:rsidR="00B24FCE" w14:paraId="417FFE9A" w14:textId="77777777" w:rsidTr="00686E4B">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3CA31CA5" w14:textId="77777777" w:rsidR="00B24FCE" w:rsidRDefault="00B24FCE" w:rsidP="00686E4B">
            <w:pPr>
              <w:spacing w:after="0"/>
              <w:rPr>
                <w:color w:val="AFC0C3"/>
                <w:sz w:val="18"/>
              </w:rPr>
            </w:pPr>
          </w:p>
          <w:p w14:paraId="588EB570" w14:textId="77777777" w:rsidR="00B24FCE" w:rsidRDefault="00B24FCE" w:rsidP="00686E4B">
            <w:pPr>
              <w:spacing w:after="0"/>
              <w:rPr>
                <w:color w:val="AFC0C3"/>
                <w:sz w:val="18"/>
              </w:rPr>
            </w:pPr>
          </w:p>
          <w:p w14:paraId="75D37F2C" w14:textId="77777777" w:rsidR="00B24FCE" w:rsidRDefault="00B24FCE" w:rsidP="00686E4B">
            <w:pPr>
              <w:spacing w:after="0"/>
              <w:rPr>
                <w:color w:val="AFC0C3"/>
                <w:sz w:val="18"/>
              </w:rPr>
            </w:pPr>
          </w:p>
          <w:p w14:paraId="4DC2B3FE" w14:textId="77777777" w:rsidR="00B24FCE" w:rsidRDefault="00B24FCE" w:rsidP="00686E4B">
            <w:pPr>
              <w:spacing w:after="0"/>
            </w:pPr>
          </w:p>
        </w:tc>
      </w:tr>
    </w:tbl>
    <w:p w14:paraId="66571FED"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7A9AFDA9"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3770B9F7" w14:textId="77777777" w:rsidR="00B24FCE" w:rsidRDefault="00B24FCE" w:rsidP="00686E4B">
            <w:pPr>
              <w:spacing w:after="0"/>
            </w:pPr>
            <w:r>
              <w:rPr>
                <w:b/>
                <w:color w:val="173B43"/>
              </w:rPr>
              <w:t>Describe why the decision was difficult.</w:t>
            </w:r>
          </w:p>
        </w:tc>
      </w:tr>
      <w:tr w:rsidR="00B24FCE" w14:paraId="0DA4C38E"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270240CB" w14:textId="77777777" w:rsidR="00B24FCE" w:rsidRDefault="00B24FCE" w:rsidP="00686E4B">
            <w:pPr>
              <w:spacing w:after="0"/>
              <w:rPr>
                <w:color w:val="AFC0C3"/>
                <w:sz w:val="18"/>
              </w:rPr>
            </w:pPr>
          </w:p>
          <w:p w14:paraId="1C7C8417" w14:textId="77777777" w:rsidR="00B24FCE" w:rsidRDefault="00B24FCE" w:rsidP="00686E4B">
            <w:pPr>
              <w:spacing w:after="0"/>
              <w:rPr>
                <w:color w:val="AFC0C3"/>
                <w:sz w:val="18"/>
              </w:rPr>
            </w:pPr>
          </w:p>
          <w:p w14:paraId="6FE41FBF" w14:textId="77777777" w:rsidR="00B24FCE" w:rsidRDefault="00B24FCE" w:rsidP="00686E4B">
            <w:pPr>
              <w:spacing w:after="0"/>
              <w:rPr>
                <w:color w:val="AFC0C3"/>
                <w:sz w:val="18"/>
              </w:rPr>
            </w:pPr>
          </w:p>
          <w:p w14:paraId="1DA2E7D6" w14:textId="77777777" w:rsidR="00B24FCE" w:rsidRDefault="00B24FCE" w:rsidP="00686E4B">
            <w:pPr>
              <w:spacing w:after="0"/>
            </w:pPr>
          </w:p>
        </w:tc>
      </w:tr>
    </w:tbl>
    <w:p w14:paraId="04EEC4A7"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75214101"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56FAF8A2" w14:textId="77777777" w:rsidR="00B24FCE" w:rsidRDefault="00B24FCE" w:rsidP="00686E4B">
            <w:pPr>
              <w:spacing w:after="0"/>
            </w:pPr>
            <w:r>
              <w:rPr>
                <w:b/>
                <w:color w:val="173B43"/>
              </w:rPr>
              <w:t>State your reasons for choosing a certain option.</w:t>
            </w:r>
          </w:p>
        </w:tc>
      </w:tr>
      <w:tr w:rsidR="00B24FCE" w14:paraId="72E69A0C"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17C7C19F" w14:textId="77777777" w:rsidR="00B24FCE" w:rsidRDefault="00B24FCE" w:rsidP="00686E4B">
            <w:pPr>
              <w:spacing w:after="0"/>
              <w:rPr>
                <w:color w:val="AFC0C3"/>
                <w:sz w:val="18"/>
              </w:rPr>
            </w:pPr>
          </w:p>
          <w:p w14:paraId="655BA6C8" w14:textId="77777777" w:rsidR="00B24FCE" w:rsidRDefault="00B24FCE" w:rsidP="00686E4B">
            <w:pPr>
              <w:spacing w:after="0"/>
              <w:rPr>
                <w:color w:val="AFC0C3"/>
                <w:sz w:val="18"/>
              </w:rPr>
            </w:pPr>
          </w:p>
          <w:p w14:paraId="081A4570" w14:textId="77777777" w:rsidR="00B24FCE" w:rsidRDefault="00B24FCE" w:rsidP="00686E4B">
            <w:pPr>
              <w:spacing w:after="0"/>
            </w:pPr>
            <w:r>
              <w:br/>
            </w:r>
          </w:p>
        </w:tc>
      </w:tr>
    </w:tbl>
    <w:p w14:paraId="13B0BFB0" w14:textId="77777777" w:rsidR="00B24FCE" w:rsidRDefault="00B24FCE" w:rsidP="00B24FCE">
      <w:pPr>
        <w:spacing w:after="0"/>
      </w:pPr>
    </w:p>
    <w:tbl>
      <w:tblPr>
        <w:tblW w:w="0" w:type="auto"/>
        <w:jc w:val="center"/>
        <w:tblLayout w:type="fixed"/>
        <w:tblLook w:val="04A0" w:firstRow="1" w:lastRow="0" w:firstColumn="1" w:lastColumn="0" w:noHBand="0" w:noVBand="1"/>
      </w:tblPr>
      <w:tblGrid>
        <w:gridCol w:w="10166"/>
      </w:tblGrid>
      <w:tr w:rsidR="00B24FCE" w14:paraId="3BDAB04C"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7EB68A0A" w14:textId="77777777" w:rsidR="00B24FCE" w:rsidRDefault="00B24FCE" w:rsidP="00686E4B">
            <w:pPr>
              <w:spacing w:after="0"/>
            </w:pPr>
            <w:r>
              <w:rPr>
                <w:b/>
                <w:color w:val="173B43"/>
              </w:rPr>
              <w:t>Sum up the consequences of your decision in the game.</w:t>
            </w:r>
          </w:p>
        </w:tc>
      </w:tr>
      <w:tr w:rsidR="00B24FCE" w14:paraId="40296111"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4FAA2774" w14:textId="77777777" w:rsidR="00B24FCE" w:rsidRDefault="00B24FCE" w:rsidP="00686E4B">
            <w:pPr>
              <w:spacing w:after="0"/>
              <w:rPr>
                <w:color w:val="AFC0C3"/>
                <w:sz w:val="18"/>
              </w:rPr>
            </w:pPr>
          </w:p>
          <w:p w14:paraId="4DB870CB" w14:textId="77777777" w:rsidR="00B24FCE" w:rsidRDefault="00B24FCE" w:rsidP="00686E4B">
            <w:pPr>
              <w:spacing w:after="0"/>
              <w:rPr>
                <w:color w:val="AFC0C3"/>
                <w:sz w:val="18"/>
              </w:rPr>
            </w:pPr>
          </w:p>
          <w:p w14:paraId="37CC0BEA" w14:textId="77777777" w:rsidR="00B24FCE" w:rsidRDefault="00B24FCE" w:rsidP="00686E4B">
            <w:pPr>
              <w:spacing w:after="0"/>
              <w:rPr>
                <w:color w:val="AFC0C3"/>
                <w:sz w:val="18"/>
              </w:rPr>
            </w:pPr>
          </w:p>
          <w:p w14:paraId="29F1E6A0" w14:textId="77777777" w:rsidR="00B24FCE" w:rsidRDefault="00B24FCE" w:rsidP="00686E4B">
            <w:pPr>
              <w:spacing w:after="0"/>
            </w:pPr>
          </w:p>
        </w:tc>
      </w:tr>
    </w:tbl>
    <w:p w14:paraId="0E7D93F5" w14:textId="77777777" w:rsidR="00B24FCE" w:rsidRDefault="00B24FCE" w:rsidP="00B24FCE">
      <w:pPr>
        <w:spacing w:after="0"/>
      </w:pPr>
    </w:p>
    <w:p w14:paraId="02A1DC20" w14:textId="77777777" w:rsidR="00B24FCE" w:rsidRDefault="00B24FCE" w:rsidP="00B24FCE">
      <w:r>
        <w:br w:type="page"/>
      </w:r>
    </w:p>
    <w:p w14:paraId="7430991A" w14:textId="77777777" w:rsidR="005E5004" w:rsidRPr="00BB6449" w:rsidRDefault="005E5004" w:rsidP="005E5004">
      <w:pPr>
        <w:spacing w:after="0" w:line="276" w:lineRule="auto"/>
        <w:rPr>
          <w:b/>
          <w:color w:val="173B43"/>
          <w:sz w:val="30"/>
        </w:rPr>
      </w:pPr>
      <w:r w:rsidRPr="00BB6449">
        <w:rPr>
          <w:b/>
          <w:color w:val="173B43"/>
          <w:sz w:val="30"/>
        </w:rPr>
        <w:lastRenderedPageBreak/>
        <w:t>Difficult choices</w:t>
      </w:r>
    </w:p>
    <w:p w14:paraId="076E5E41" w14:textId="77777777" w:rsidR="005E5004" w:rsidRDefault="005E5004" w:rsidP="005E5004">
      <w:pPr>
        <w:spacing w:after="220"/>
      </w:pPr>
      <w:r>
        <w:rPr>
          <w:color w:val="6A7B7F"/>
          <w:sz w:val="24"/>
        </w:rPr>
        <w:t>Decision 3 of 3</w:t>
      </w:r>
    </w:p>
    <w:tbl>
      <w:tblPr>
        <w:tblW w:w="0" w:type="auto"/>
        <w:jc w:val="center"/>
        <w:tblLayout w:type="fixed"/>
        <w:tblLook w:val="04A0" w:firstRow="1" w:lastRow="0" w:firstColumn="1" w:lastColumn="0" w:noHBand="0" w:noVBand="1"/>
      </w:tblPr>
      <w:tblGrid>
        <w:gridCol w:w="851"/>
        <w:gridCol w:w="9315"/>
      </w:tblGrid>
      <w:tr w:rsidR="005E5004" w14:paraId="47FE93FE" w14:textId="77777777" w:rsidTr="00686E4B">
        <w:trPr>
          <w:jc w:val="center"/>
        </w:trPr>
        <w:tc>
          <w:tcPr>
            <w:tcW w:w="851" w:type="dxa"/>
            <w:tcBorders>
              <w:top w:val="single" w:sz="8" w:space="0" w:color="D4E1E3"/>
              <w:left w:val="single" w:sz="8" w:space="0" w:color="D4E1E3"/>
              <w:bottom w:val="single" w:sz="8" w:space="0" w:color="D4E1E3"/>
              <w:right w:val="single" w:sz="8" w:space="0" w:color="D4E1E3"/>
            </w:tcBorders>
            <w:shd w:val="clear" w:color="auto" w:fill="C22A3B"/>
            <w:tcMar>
              <w:top w:w="90" w:type="dxa"/>
              <w:left w:w="140" w:type="dxa"/>
              <w:bottom w:w="75" w:type="dxa"/>
              <w:right w:w="140" w:type="dxa"/>
            </w:tcMar>
          </w:tcPr>
          <w:p w14:paraId="302294FE" w14:textId="77777777" w:rsidR="005E5004" w:rsidRDefault="005E5004" w:rsidP="00686E4B">
            <w:pPr>
              <w:spacing w:after="0"/>
              <w:jc w:val="center"/>
            </w:pPr>
            <w:r>
              <w:rPr>
                <w:color w:val="FFFFFF" w:themeColor="background1"/>
              </w:rPr>
              <w:t>3</w:t>
            </w:r>
          </w:p>
        </w:tc>
        <w:tc>
          <w:tcPr>
            <w:tcW w:w="9315" w:type="dxa"/>
            <w:tcBorders>
              <w:top w:val="single" w:sz="8" w:space="0" w:color="D4E1E3"/>
              <w:left w:val="single" w:sz="8" w:space="0" w:color="D4E1E3"/>
              <w:bottom w:val="single" w:sz="8" w:space="0" w:color="D4E1E3"/>
              <w:right w:val="single" w:sz="8" w:space="0" w:color="D4E1E3"/>
            </w:tcBorders>
            <w:shd w:val="clear" w:color="auto" w:fill="EAF3F4"/>
          </w:tcPr>
          <w:p w14:paraId="39BAA2A6" w14:textId="77777777" w:rsidR="005E5004" w:rsidRDefault="005E5004" w:rsidP="00686E4B">
            <w:pPr>
              <w:spacing w:after="0"/>
            </w:pPr>
            <w:r>
              <w:rPr>
                <w:b/>
                <w:color w:val="173B43"/>
              </w:rPr>
              <w:t>Describe the decision you had to make.</w:t>
            </w:r>
          </w:p>
        </w:tc>
      </w:tr>
      <w:tr w:rsidR="005E5004" w14:paraId="7E2FC184" w14:textId="77777777" w:rsidTr="00686E4B">
        <w:trPr>
          <w:jc w:val="center"/>
        </w:trPr>
        <w:tc>
          <w:tcPr>
            <w:tcW w:w="10166" w:type="dxa"/>
            <w:gridSpan w:val="2"/>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0C806160" w14:textId="77777777" w:rsidR="005E5004" w:rsidRDefault="005E5004" w:rsidP="00686E4B">
            <w:pPr>
              <w:spacing w:after="0"/>
              <w:rPr>
                <w:color w:val="AFC0C3"/>
                <w:sz w:val="18"/>
              </w:rPr>
            </w:pPr>
          </w:p>
          <w:p w14:paraId="34245B25" w14:textId="77777777" w:rsidR="005E5004" w:rsidRDefault="005E5004" w:rsidP="00686E4B">
            <w:pPr>
              <w:spacing w:after="0"/>
              <w:rPr>
                <w:color w:val="AFC0C3"/>
                <w:sz w:val="18"/>
              </w:rPr>
            </w:pPr>
          </w:p>
          <w:p w14:paraId="71C967EA" w14:textId="77777777" w:rsidR="005E5004" w:rsidRDefault="005E5004" w:rsidP="00686E4B">
            <w:pPr>
              <w:spacing w:after="0"/>
              <w:rPr>
                <w:color w:val="AFC0C3"/>
                <w:sz w:val="18"/>
              </w:rPr>
            </w:pPr>
          </w:p>
          <w:p w14:paraId="56A4752A" w14:textId="77777777" w:rsidR="005E5004" w:rsidRDefault="005E5004" w:rsidP="00686E4B">
            <w:pPr>
              <w:spacing w:after="0"/>
            </w:pPr>
          </w:p>
        </w:tc>
      </w:tr>
    </w:tbl>
    <w:p w14:paraId="091FEF6D" w14:textId="77777777" w:rsidR="005E5004" w:rsidRDefault="005E5004" w:rsidP="005E5004">
      <w:pPr>
        <w:spacing w:after="0"/>
      </w:pPr>
    </w:p>
    <w:tbl>
      <w:tblPr>
        <w:tblW w:w="0" w:type="auto"/>
        <w:jc w:val="center"/>
        <w:tblLayout w:type="fixed"/>
        <w:tblLook w:val="04A0" w:firstRow="1" w:lastRow="0" w:firstColumn="1" w:lastColumn="0" w:noHBand="0" w:noVBand="1"/>
      </w:tblPr>
      <w:tblGrid>
        <w:gridCol w:w="10166"/>
      </w:tblGrid>
      <w:tr w:rsidR="005E5004" w14:paraId="5094AC4D"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2930CF7D" w14:textId="77777777" w:rsidR="005E5004" w:rsidRDefault="005E5004" w:rsidP="00686E4B">
            <w:pPr>
              <w:spacing w:after="0"/>
            </w:pPr>
            <w:r>
              <w:rPr>
                <w:b/>
                <w:color w:val="173B43"/>
              </w:rPr>
              <w:t>Describe why the decision was difficult.</w:t>
            </w:r>
          </w:p>
        </w:tc>
      </w:tr>
      <w:tr w:rsidR="005E5004" w14:paraId="18ABBC07"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72A2E128" w14:textId="77777777" w:rsidR="005E5004" w:rsidRDefault="005E5004" w:rsidP="00686E4B">
            <w:pPr>
              <w:spacing w:after="0"/>
              <w:rPr>
                <w:color w:val="AFC0C3"/>
                <w:sz w:val="18"/>
              </w:rPr>
            </w:pPr>
          </w:p>
          <w:p w14:paraId="6DA4BDE7" w14:textId="77777777" w:rsidR="005E5004" w:rsidRDefault="005E5004" w:rsidP="00686E4B">
            <w:pPr>
              <w:spacing w:after="0"/>
              <w:rPr>
                <w:color w:val="AFC0C3"/>
                <w:sz w:val="18"/>
              </w:rPr>
            </w:pPr>
          </w:p>
          <w:p w14:paraId="64164937" w14:textId="77777777" w:rsidR="005E5004" w:rsidRDefault="005E5004" w:rsidP="00686E4B">
            <w:pPr>
              <w:spacing w:after="0"/>
              <w:rPr>
                <w:color w:val="AFC0C3"/>
                <w:sz w:val="18"/>
              </w:rPr>
            </w:pPr>
          </w:p>
          <w:p w14:paraId="4603BE63" w14:textId="77777777" w:rsidR="005E5004" w:rsidRDefault="005E5004" w:rsidP="00686E4B">
            <w:pPr>
              <w:spacing w:after="0"/>
            </w:pPr>
          </w:p>
        </w:tc>
      </w:tr>
    </w:tbl>
    <w:p w14:paraId="0F5906C7" w14:textId="77777777" w:rsidR="005E5004" w:rsidRDefault="005E5004" w:rsidP="005E5004">
      <w:pPr>
        <w:spacing w:after="0"/>
      </w:pPr>
    </w:p>
    <w:tbl>
      <w:tblPr>
        <w:tblW w:w="0" w:type="auto"/>
        <w:jc w:val="center"/>
        <w:tblLayout w:type="fixed"/>
        <w:tblLook w:val="04A0" w:firstRow="1" w:lastRow="0" w:firstColumn="1" w:lastColumn="0" w:noHBand="0" w:noVBand="1"/>
      </w:tblPr>
      <w:tblGrid>
        <w:gridCol w:w="10166"/>
      </w:tblGrid>
      <w:tr w:rsidR="005E5004" w14:paraId="0A18B975"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6565B68A" w14:textId="77777777" w:rsidR="005E5004" w:rsidRDefault="005E5004" w:rsidP="00686E4B">
            <w:pPr>
              <w:spacing w:after="0"/>
            </w:pPr>
            <w:r>
              <w:rPr>
                <w:b/>
                <w:color w:val="173B43"/>
              </w:rPr>
              <w:t>State your reasons for choosing a certain option.</w:t>
            </w:r>
          </w:p>
        </w:tc>
      </w:tr>
      <w:tr w:rsidR="005E5004" w14:paraId="4E70D617"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718F7180" w14:textId="77777777" w:rsidR="005E5004" w:rsidRDefault="005E5004" w:rsidP="00686E4B">
            <w:pPr>
              <w:spacing w:after="0"/>
              <w:rPr>
                <w:color w:val="AFC0C3"/>
                <w:sz w:val="18"/>
              </w:rPr>
            </w:pPr>
          </w:p>
          <w:p w14:paraId="27023DF4" w14:textId="77777777" w:rsidR="005E5004" w:rsidRDefault="005E5004" w:rsidP="00686E4B">
            <w:pPr>
              <w:spacing w:after="0"/>
              <w:rPr>
                <w:color w:val="AFC0C3"/>
                <w:sz w:val="18"/>
              </w:rPr>
            </w:pPr>
          </w:p>
          <w:p w14:paraId="1C0F7643" w14:textId="77777777" w:rsidR="005E5004" w:rsidRDefault="005E5004" w:rsidP="00686E4B">
            <w:pPr>
              <w:spacing w:after="0"/>
              <w:rPr>
                <w:color w:val="AFC0C3"/>
                <w:sz w:val="18"/>
              </w:rPr>
            </w:pPr>
          </w:p>
          <w:p w14:paraId="183899CC" w14:textId="77777777" w:rsidR="005E5004" w:rsidRDefault="005E5004" w:rsidP="00686E4B">
            <w:pPr>
              <w:spacing w:after="0"/>
            </w:pPr>
          </w:p>
        </w:tc>
      </w:tr>
    </w:tbl>
    <w:p w14:paraId="59D205EC" w14:textId="77777777" w:rsidR="005E5004" w:rsidRDefault="005E5004" w:rsidP="005E5004">
      <w:pPr>
        <w:spacing w:after="0"/>
      </w:pPr>
    </w:p>
    <w:tbl>
      <w:tblPr>
        <w:tblW w:w="0" w:type="auto"/>
        <w:jc w:val="center"/>
        <w:tblLayout w:type="fixed"/>
        <w:tblLook w:val="04A0" w:firstRow="1" w:lastRow="0" w:firstColumn="1" w:lastColumn="0" w:noHBand="0" w:noVBand="1"/>
      </w:tblPr>
      <w:tblGrid>
        <w:gridCol w:w="10166"/>
      </w:tblGrid>
      <w:tr w:rsidR="005E5004" w14:paraId="74E5E45C"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90" w:type="dxa"/>
              <w:left w:w="140" w:type="dxa"/>
              <w:bottom w:w="75" w:type="dxa"/>
              <w:right w:w="140" w:type="dxa"/>
            </w:tcMar>
          </w:tcPr>
          <w:p w14:paraId="693A1935" w14:textId="77777777" w:rsidR="005E5004" w:rsidRDefault="005E5004" w:rsidP="00686E4B">
            <w:pPr>
              <w:spacing w:after="0"/>
            </w:pPr>
            <w:r>
              <w:rPr>
                <w:b/>
                <w:color w:val="173B43"/>
              </w:rPr>
              <w:t>Sum up the consequences of your decision in the game.</w:t>
            </w:r>
          </w:p>
        </w:tc>
      </w:tr>
      <w:tr w:rsidR="005E5004" w14:paraId="711F4117" w14:textId="77777777" w:rsidTr="00686E4B">
        <w:trPr>
          <w:jc w:val="center"/>
        </w:trPr>
        <w:tc>
          <w:tcPr>
            <w:tcW w:w="10166" w:type="dxa"/>
            <w:tcBorders>
              <w:top w:val="single" w:sz="8" w:space="0" w:color="D4E1E3"/>
              <w:left w:val="single" w:sz="8" w:space="0" w:color="D4E1E3"/>
              <w:bottom w:val="single" w:sz="8" w:space="0" w:color="D4E1E3"/>
              <w:right w:val="single" w:sz="8" w:space="0" w:color="D4E1E3"/>
            </w:tcBorders>
            <w:tcMar>
              <w:top w:w="90" w:type="dxa"/>
              <w:left w:w="140" w:type="dxa"/>
              <w:bottom w:w="90" w:type="dxa"/>
              <w:right w:w="140" w:type="dxa"/>
            </w:tcMar>
          </w:tcPr>
          <w:p w14:paraId="3276A305" w14:textId="77777777" w:rsidR="005E5004" w:rsidRDefault="005E5004" w:rsidP="00686E4B">
            <w:pPr>
              <w:spacing w:after="0"/>
              <w:rPr>
                <w:color w:val="AFC0C3"/>
                <w:sz w:val="18"/>
              </w:rPr>
            </w:pPr>
          </w:p>
          <w:p w14:paraId="0C58CB90" w14:textId="77777777" w:rsidR="005E5004" w:rsidRDefault="005E5004" w:rsidP="00686E4B">
            <w:pPr>
              <w:spacing w:after="0"/>
              <w:rPr>
                <w:color w:val="AFC0C3"/>
                <w:sz w:val="18"/>
              </w:rPr>
            </w:pPr>
          </w:p>
          <w:p w14:paraId="4586177F" w14:textId="77777777" w:rsidR="005E5004" w:rsidRDefault="005E5004" w:rsidP="00686E4B">
            <w:pPr>
              <w:spacing w:after="0"/>
              <w:rPr>
                <w:color w:val="AFC0C3"/>
                <w:sz w:val="18"/>
              </w:rPr>
            </w:pPr>
          </w:p>
          <w:p w14:paraId="44404837" w14:textId="77777777" w:rsidR="005E5004" w:rsidRDefault="005E5004" w:rsidP="00686E4B">
            <w:pPr>
              <w:spacing w:after="0"/>
            </w:pPr>
          </w:p>
        </w:tc>
      </w:tr>
    </w:tbl>
    <w:p w14:paraId="57110AC3" w14:textId="77777777" w:rsidR="005E5004" w:rsidRDefault="005E5004" w:rsidP="005E5004">
      <w:pPr>
        <w:spacing w:after="0"/>
      </w:pPr>
    </w:p>
    <w:p w14:paraId="73181A86" w14:textId="77777777" w:rsidR="00B24FCE" w:rsidRDefault="00B24FCE">
      <w:r>
        <w:br w:type="page"/>
      </w:r>
    </w:p>
    <w:tbl>
      <w:tblPr>
        <w:tblW w:w="0" w:type="auto"/>
        <w:jc w:val="center"/>
        <w:tblLayout w:type="fixed"/>
        <w:tblLook w:val="04A0" w:firstRow="1" w:lastRow="0" w:firstColumn="1" w:lastColumn="0" w:noHBand="0" w:noVBand="1"/>
      </w:tblPr>
      <w:tblGrid>
        <w:gridCol w:w="10080"/>
      </w:tblGrid>
      <w:tr w:rsidR="0011321D" w14:paraId="4097DF27" w14:textId="77777777">
        <w:trPr>
          <w:jc w:val="center"/>
        </w:trPr>
        <w:tc>
          <w:tcPr>
            <w:tcW w:w="10080" w:type="dxa"/>
            <w:tcBorders>
              <w:top w:val="single" w:sz="0" w:space="0" w:color="FFFFFF"/>
              <w:left w:val="single" w:sz="0" w:space="0" w:color="FFFFFF"/>
              <w:bottom w:val="single" w:sz="0" w:space="0" w:color="FFFFFF"/>
              <w:right w:val="single" w:sz="0" w:space="0" w:color="FFFFFF"/>
            </w:tcBorders>
            <w:tcMar>
              <w:top w:w="220" w:type="dxa"/>
              <w:left w:w="0" w:type="dxa"/>
              <w:bottom w:w="80" w:type="dxa"/>
              <w:right w:w="0" w:type="dxa"/>
            </w:tcMar>
          </w:tcPr>
          <w:p w14:paraId="6CC444FF" w14:textId="57A514B4" w:rsidR="0011321D" w:rsidRPr="00BB6449" w:rsidRDefault="007D493E">
            <w:pPr>
              <w:rPr>
                <w:b/>
                <w:bCs/>
                <w:sz w:val="36"/>
                <w:szCs w:val="36"/>
              </w:rPr>
            </w:pPr>
            <w:r w:rsidRPr="00BB6449">
              <w:rPr>
                <w:b/>
                <w:bCs/>
                <w:sz w:val="36"/>
                <w:szCs w:val="36"/>
              </w:rPr>
              <w:lastRenderedPageBreak/>
              <w:t>Disclaimer</w:t>
            </w:r>
          </w:p>
        </w:tc>
      </w:tr>
    </w:tbl>
    <w:p w14:paraId="6C00039B" w14:textId="6C1E7B05" w:rsidR="0011321D" w:rsidRDefault="0011321D">
      <w:pPr>
        <w:spacing w:after="220"/>
      </w:pPr>
    </w:p>
    <w:tbl>
      <w:tblPr>
        <w:tblW w:w="0" w:type="auto"/>
        <w:jc w:val="center"/>
        <w:tblLayout w:type="fixed"/>
        <w:tblLook w:val="04A0" w:firstRow="1" w:lastRow="0" w:firstColumn="1" w:lastColumn="0" w:noHBand="0" w:noVBand="1"/>
      </w:tblPr>
      <w:tblGrid>
        <w:gridCol w:w="10166"/>
      </w:tblGrid>
      <w:tr w:rsidR="0011321D" w14:paraId="63809BF0" w14:textId="77777777">
        <w:trPr>
          <w:jc w:val="center"/>
        </w:trPr>
        <w:tc>
          <w:tcPr>
            <w:tcW w:w="10166" w:type="dxa"/>
            <w:tcBorders>
              <w:top w:val="single" w:sz="8" w:space="0" w:color="D4E1E3"/>
              <w:left w:val="single" w:sz="8" w:space="0" w:color="D4E1E3"/>
              <w:bottom w:val="single" w:sz="8" w:space="0" w:color="D4E1E3"/>
              <w:right w:val="single" w:sz="8" w:space="0" w:color="D4E1E3"/>
            </w:tcBorders>
            <w:shd w:val="clear" w:color="auto" w:fill="EAF3F4"/>
            <w:tcMar>
              <w:top w:w="120" w:type="dxa"/>
              <w:left w:w="150" w:type="dxa"/>
              <w:bottom w:w="110" w:type="dxa"/>
              <w:right w:w="150" w:type="dxa"/>
            </w:tcMar>
          </w:tcPr>
          <w:p w14:paraId="5797540F" w14:textId="77777777" w:rsidR="0011321D" w:rsidRDefault="00D01376">
            <w:r>
              <w:rPr>
                <w:b/>
                <w:color w:val="173B43"/>
                <w:sz w:val="30"/>
              </w:rPr>
              <w:t>VAL-YOU – Education for Democratic Citizenship</w:t>
            </w:r>
          </w:p>
        </w:tc>
      </w:tr>
    </w:tbl>
    <w:p w14:paraId="57EB33E2" w14:textId="77777777" w:rsidR="0011321D" w:rsidRDefault="0011321D">
      <w:pPr>
        <w:spacing w:after="0"/>
      </w:pPr>
    </w:p>
    <w:p w14:paraId="75323BF1" w14:textId="77777777" w:rsidR="0011321D" w:rsidRDefault="0011321D">
      <w:pPr>
        <w:spacing w:after="0"/>
      </w:pPr>
    </w:p>
    <w:tbl>
      <w:tblPr>
        <w:tblW w:w="0" w:type="auto"/>
        <w:jc w:val="center"/>
        <w:tblLayout w:type="fixed"/>
        <w:tblLook w:val="04A0" w:firstRow="1" w:lastRow="0" w:firstColumn="1" w:lastColumn="0" w:noHBand="0" w:noVBand="1"/>
      </w:tblPr>
      <w:tblGrid>
        <w:gridCol w:w="2545"/>
        <w:gridCol w:w="6238"/>
        <w:gridCol w:w="1368"/>
      </w:tblGrid>
      <w:tr w:rsidR="0011321D" w14:paraId="6B2B01B1" w14:textId="77777777" w:rsidTr="004A1784">
        <w:trPr>
          <w:jc w:val="center"/>
        </w:trPr>
        <w:tc>
          <w:tcPr>
            <w:tcW w:w="2545"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23327A66" w14:textId="77777777" w:rsidR="0011321D" w:rsidRDefault="00D01376">
            <w:pPr>
              <w:jc w:val="center"/>
            </w:pPr>
            <w:r>
              <w:rPr>
                <w:noProof/>
              </w:rPr>
              <w:drawing>
                <wp:inline distT="0" distB="0" distL="0" distR="0" wp14:anchorId="17A2B089" wp14:editId="575B3210">
                  <wp:extent cx="1417320" cy="296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2"/>
                          <a:stretch>
                            <a:fillRect/>
                          </a:stretch>
                        </pic:blipFill>
                        <pic:spPr>
                          <a:xfrm>
                            <a:off x="0" y="0"/>
                            <a:ext cx="1417320" cy="296890"/>
                          </a:xfrm>
                          <a:prstGeom prst="rect">
                            <a:avLst/>
                          </a:prstGeom>
                        </pic:spPr>
                      </pic:pic>
                    </a:graphicData>
                  </a:graphic>
                </wp:inline>
              </w:drawing>
            </w:r>
          </w:p>
        </w:tc>
        <w:tc>
          <w:tcPr>
            <w:tcW w:w="6238"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628E5978" w14:textId="5A47A876" w:rsidR="0011321D" w:rsidRPr="004A1784" w:rsidRDefault="00D01376">
            <w:pPr>
              <w:rPr>
                <w:szCs w:val="21"/>
              </w:rPr>
            </w:pPr>
            <w:r w:rsidRPr="004A1784">
              <w:rPr>
                <w:b/>
                <w:color w:val="173B43"/>
                <w:szCs w:val="21"/>
              </w:rPr>
              <w:t>VAL-YOU – Education for Democratic Citizenship</w:t>
            </w:r>
            <w:r w:rsidRPr="004A1784">
              <w:rPr>
                <w:szCs w:val="21"/>
              </w:rPr>
              <w:br/>
            </w:r>
            <w:r w:rsidRPr="004A1784">
              <w:rPr>
                <w:b/>
                <w:color w:val="C12B3B"/>
                <w:szCs w:val="21"/>
              </w:rPr>
              <w:t>democracy-education.eu</w:t>
            </w:r>
            <w:r w:rsidRPr="004A1784">
              <w:rPr>
                <w:szCs w:val="21"/>
              </w:rPr>
              <w:br/>
            </w:r>
            <w:r w:rsidR="004A1784" w:rsidRPr="004A1784">
              <w:rPr>
                <w:color w:val="6A7B7F"/>
                <w:szCs w:val="21"/>
              </w:rPr>
              <w:t>© 2026 VAL-YOU - T</w:t>
            </w:r>
            <w:r w:rsidRPr="004A1784">
              <w:rPr>
                <w:color w:val="6A7B7F"/>
                <w:szCs w:val="21"/>
              </w:rPr>
              <w:t>his worksheet is licensed under CC BY-SA 4.0.</w:t>
            </w:r>
          </w:p>
        </w:tc>
        <w:tc>
          <w:tcPr>
            <w:tcW w:w="1368" w:type="dxa"/>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0A0B3633" w14:textId="77777777" w:rsidR="0011321D" w:rsidRDefault="00D01376">
            <w:pPr>
              <w:jc w:val="center"/>
            </w:pPr>
            <w:r>
              <w:rPr>
                <w:noProof/>
              </w:rPr>
              <w:drawing>
                <wp:inline distT="0" distB="0" distL="0" distR="0" wp14:anchorId="609C75CA" wp14:editId="6D5FA863">
                  <wp:extent cx="658368" cy="2303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3"/>
                          <a:stretch>
                            <a:fillRect/>
                          </a:stretch>
                        </pic:blipFill>
                        <pic:spPr>
                          <a:xfrm>
                            <a:off x="0" y="0"/>
                            <a:ext cx="658368" cy="230347"/>
                          </a:xfrm>
                          <a:prstGeom prst="rect">
                            <a:avLst/>
                          </a:prstGeom>
                        </pic:spPr>
                      </pic:pic>
                    </a:graphicData>
                  </a:graphic>
                </wp:inline>
              </w:drawing>
            </w:r>
          </w:p>
        </w:tc>
      </w:tr>
      <w:tr w:rsidR="0011321D" w14:paraId="74D5F799" w14:textId="77777777">
        <w:trPr>
          <w:jc w:val="center"/>
        </w:trPr>
        <w:tc>
          <w:tcPr>
            <w:tcW w:w="10151" w:type="dxa"/>
            <w:gridSpan w:val="3"/>
            <w:tcBorders>
              <w:top w:val="single" w:sz="8" w:space="0" w:color="D4E1E3"/>
              <w:left w:val="single" w:sz="8" w:space="0" w:color="D4E1E3"/>
              <w:bottom w:val="single" w:sz="8" w:space="0" w:color="D4E1E3"/>
              <w:right w:val="single" w:sz="8" w:space="0" w:color="D4E1E3"/>
            </w:tcBorders>
            <w:tcMar>
              <w:top w:w="75" w:type="dxa"/>
              <w:left w:w="100" w:type="dxa"/>
              <w:bottom w:w="70" w:type="dxa"/>
              <w:right w:w="100" w:type="dxa"/>
            </w:tcMar>
            <w:vAlign w:val="center"/>
          </w:tcPr>
          <w:p w14:paraId="6BECC1DC" w14:textId="77777777" w:rsidR="0011321D" w:rsidRPr="004A1784" w:rsidRDefault="00D01376">
            <w:pPr>
              <w:jc w:val="center"/>
              <w:rPr>
                <w:szCs w:val="21"/>
              </w:rPr>
            </w:pPr>
            <w:r w:rsidRPr="004A1784">
              <w:rPr>
                <w:color w:val="6A7B7F"/>
                <w:szCs w:val="21"/>
              </w:rPr>
              <w:t>Funded by the European Union. Views and opinions expressed are however those of the author(s) only and do not necessarily reflect those of the European Union or the National Agency. Neither the European Union nor the granting authority can be held responsible for them.</w:t>
            </w:r>
          </w:p>
        </w:tc>
      </w:tr>
    </w:tbl>
    <w:p w14:paraId="4F88B153" w14:textId="77777777" w:rsidR="00D01376" w:rsidRDefault="00D01376"/>
    <w:sectPr w:rsidR="00D01376" w:rsidSect="00034616">
      <w:headerReference w:type="even" r:id="rId14"/>
      <w:headerReference w:type="default" r:id="rId15"/>
      <w:footerReference w:type="even" r:id="rId16"/>
      <w:footerReference w:type="default" r:id="rId17"/>
      <w:headerReference w:type="first" r:id="rId18"/>
      <w:footerReference w:type="first" r:id="rId19"/>
      <w:pgSz w:w="12240" w:h="15840"/>
      <w:pgMar w:top="1037" w:right="1037" w:bottom="979" w:left="1037" w:header="331"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DF62F8" w14:textId="77777777" w:rsidR="00FE57EE" w:rsidRDefault="00FE57EE">
      <w:pPr>
        <w:spacing w:after="0" w:line="240" w:lineRule="auto"/>
      </w:pPr>
      <w:r>
        <w:separator/>
      </w:r>
    </w:p>
  </w:endnote>
  <w:endnote w:type="continuationSeparator" w:id="0">
    <w:p w14:paraId="4E6621AB" w14:textId="77777777" w:rsidR="00FE57EE" w:rsidRDefault="00FE5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573D0" w14:textId="77777777" w:rsidR="0011321D" w:rsidRDefault="00D01376">
    <w:pPr>
      <w:pStyle w:val="Fuzeile"/>
      <w:spacing w:before="80"/>
      <w:jc w:val="center"/>
    </w:pPr>
    <w:r>
      <w:rPr>
        <w:b/>
        <w:color w:val="294F58"/>
        <w:sz w:val="16"/>
      </w:rPr>
      <w:t>VAL-</w:t>
    </w:r>
    <w:proofErr w:type="gramStart"/>
    <w:r>
      <w:rPr>
        <w:b/>
        <w:color w:val="294F58"/>
        <w:sz w:val="16"/>
      </w:rPr>
      <w:t>YOU  ·</w:t>
    </w:r>
    <w:proofErr w:type="gramEnd"/>
    <w:r>
      <w:rPr>
        <w:b/>
        <w:color w:val="294F58"/>
        <w:sz w:val="16"/>
      </w:rPr>
      <w:t xml:space="preserve">  democracy-education.eu   |   </w:t>
    </w:r>
    <w:r>
      <w:rPr>
        <w:color w:val="6A7B7F"/>
        <w:sz w:val="16"/>
      </w:rPr>
      <w:t xml:space="preserve">Page </w:t>
    </w: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4DD8E" w14:textId="0F40562E" w:rsidR="0011321D" w:rsidRDefault="007D493E" w:rsidP="007D493E">
    <w:pPr>
      <w:pStyle w:val="Fuzeile"/>
      <w:spacing w:before="80"/>
    </w:pPr>
    <w:r>
      <w:rPr>
        <w:noProof/>
      </w:rPr>
      <w:drawing>
        <wp:inline distT="0" distB="0" distL="0" distR="0" wp14:anchorId="0AAAE523" wp14:editId="5925280F">
          <wp:extent cx="1417320" cy="296890"/>
          <wp:effectExtent l="0" t="0" r="0" b="0"/>
          <wp:docPr id="1668556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417320" cy="296890"/>
                  </a:xfrm>
                  <a:prstGeom prst="rect">
                    <a:avLst/>
                  </a:prstGeom>
                </pic:spPr>
              </pic:pic>
            </a:graphicData>
          </a:graphic>
        </wp:inline>
      </w:drawing>
    </w:r>
    <w:r>
      <w:rPr>
        <w:noProof/>
      </w:rPr>
      <w:drawing>
        <wp:inline distT="0" distB="0" distL="0" distR="0" wp14:anchorId="60609D4D" wp14:editId="1CBBFFFD">
          <wp:extent cx="656590" cy="215852"/>
          <wp:effectExtent l="0" t="0" r="3810" b="635"/>
          <wp:docPr id="15274001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673893" cy="221540"/>
                  </a:xfrm>
                  <a:prstGeom prst="rect">
                    <a:avLst/>
                  </a:prstGeom>
                </pic:spPr>
              </pic:pic>
            </a:graphicData>
          </a:graphic>
        </wp:inline>
      </w:drawing>
    </w:r>
    <w:r w:rsidR="004A1784">
      <w:rPr>
        <w:b/>
        <w:color w:val="294F58"/>
        <w:sz w:val="16"/>
      </w:rPr>
      <w:t xml:space="preserve">                    </w:t>
    </w:r>
    <w:r w:rsidR="004A1784">
      <w:rPr>
        <w:b/>
        <w:color w:val="294F58"/>
        <w:sz w:val="16"/>
      </w:rPr>
      <w:tab/>
      <w:t xml:space="preserve">                                                                                       </w:t>
    </w:r>
    <w:r w:rsidR="00D01376">
      <w:rPr>
        <w:b/>
        <w:color w:val="294F58"/>
        <w:sz w:val="16"/>
      </w:rPr>
      <w:t>VAL-</w:t>
    </w:r>
    <w:proofErr w:type="gramStart"/>
    <w:r w:rsidR="00D01376">
      <w:rPr>
        <w:b/>
        <w:color w:val="294F58"/>
        <w:sz w:val="16"/>
      </w:rPr>
      <w:t>YOU  ·</w:t>
    </w:r>
    <w:proofErr w:type="gramEnd"/>
    <w:r w:rsidR="00D01376">
      <w:rPr>
        <w:b/>
        <w:color w:val="294F58"/>
        <w:sz w:val="16"/>
      </w:rPr>
      <w:t xml:space="preserve">  democracy-education.eu   |   </w:t>
    </w:r>
    <w:r w:rsidR="00D01376">
      <w:rPr>
        <w:color w:val="6A7B7F"/>
        <w:sz w:val="16"/>
      </w:rPr>
      <w:t xml:space="preserve">Page </w:t>
    </w:r>
    <w:r w:rsidR="00D01376">
      <w:fldChar w:fldCharType="begin"/>
    </w:r>
    <w:r w:rsidR="00D01376">
      <w:instrText>PAGE</w:instrText>
    </w:r>
    <w:r w:rsidR="00D01376">
      <w:fldChar w:fldCharType="separate"/>
    </w:r>
    <w:r>
      <w:rPr>
        <w:noProof/>
      </w:rPr>
      <w:t>1</w:t>
    </w:r>
    <w:r w:rsidR="00D0137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3E9F2" w14:textId="77777777" w:rsidR="0011321D" w:rsidRDefault="00D01376">
    <w:pPr>
      <w:pStyle w:val="Fuzeile"/>
      <w:spacing w:before="80"/>
      <w:jc w:val="center"/>
    </w:pPr>
    <w:r>
      <w:rPr>
        <w:b/>
        <w:color w:val="294F58"/>
        <w:sz w:val="16"/>
      </w:rPr>
      <w:t>VAL-</w:t>
    </w:r>
    <w:proofErr w:type="gramStart"/>
    <w:r>
      <w:rPr>
        <w:b/>
        <w:color w:val="294F58"/>
        <w:sz w:val="16"/>
      </w:rPr>
      <w:t>YOU  ·</w:t>
    </w:r>
    <w:proofErr w:type="gramEnd"/>
    <w:r>
      <w:rPr>
        <w:b/>
        <w:color w:val="294F58"/>
        <w:sz w:val="16"/>
      </w:rPr>
      <w:t xml:space="preserve">  democracy-education.eu   |   </w:t>
    </w:r>
    <w:r>
      <w:rPr>
        <w:color w:val="6A7B7F"/>
        <w:sz w:val="16"/>
      </w:rPr>
      <w:t xml:space="preserve">Page </w:t>
    </w:r>
    <w:r>
      <w:fldChar w:fldCharType="begin"/>
    </w:r>
    <w:r>
      <w:instrText>PAGE</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859A3" w14:textId="77777777" w:rsidR="00FE57EE" w:rsidRDefault="00FE57EE">
      <w:pPr>
        <w:spacing w:after="0" w:line="240" w:lineRule="auto"/>
      </w:pPr>
      <w:r>
        <w:separator/>
      </w:r>
    </w:p>
  </w:footnote>
  <w:footnote w:type="continuationSeparator" w:id="0">
    <w:p w14:paraId="29C1F709" w14:textId="77777777" w:rsidR="00FE57EE" w:rsidRDefault="00FE5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3E8AF"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36132FE5" w14:textId="77777777">
      <w:trPr>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390252A6" w14:textId="77777777" w:rsidR="0011321D" w:rsidRDefault="00D01376">
          <w:r>
            <w:rPr>
              <w:noProof/>
            </w:rPr>
            <w:drawing>
              <wp:inline distT="0" distB="0" distL="0" distR="0" wp14:anchorId="7696189A" wp14:editId="773AB451">
                <wp:extent cx="1508760" cy="489168"/>
                <wp:effectExtent l="0" t="0" r="0" b="0"/>
                <wp:docPr id="197615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29297250" w14:textId="77777777" w:rsidR="0011321D" w:rsidRDefault="00D01376">
          <w:pPr>
            <w:spacing w:before="120"/>
            <w:jc w:val="right"/>
          </w:pPr>
          <w:r>
            <w:rPr>
              <w:b/>
              <w:color w:val="C12B3B"/>
              <w:sz w:val="18"/>
            </w:rPr>
            <w:t>M</w:t>
          </w:r>
          <w:proofErr w:type="gramStart"/>
          <w:r>
            <w:rPr>
              <w:b/>
              <w:color w:val="C12B3B"/>
              <w:sz w:val="18"/>
            </w:rPr>
            <w:t>1  WORKSHEET</w:t>
          </w:r>
          <w:proofErr w:type="gram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62811"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222D5B1A" w14:textId="77777777" w:rsidTr="007D493E">
      <w:trPr>
        <w:trHeight w:val="1134"/>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54FBDA15" w14:textId="160B18A0" w:rsidR="0011321D" w:rsidRDefault="00D01376">
          <w:r>
            <w:rPr>
              <w:noProof/>
            </w:rPr>
            <w:drawing>
              <wp:inline distT="0" distB="0" distL="0" distR="0" wp14:anchorId="222488AE" wp14:editId="6E9C3B6C">
                <wp:extent cx="1508760" cy="489168"/>
                <wp:effectExtent l="0" t="0" r="0" b="0"/>
                <wp:docPr id="184550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5CEA4386" w14:textId="77777777" w:rsidR="0011321D" w:rsidRDefault="00D01376" w:rsidP="007D493E">
          <w:pPr>
            <w:spacing w:before="120"/>
            <w:jc w:val="center"/>
          </w:pPr>
          <w:r>
            <w:rPr>
              <w:b/>
              <w:color w:val="C12B3B"/>
              <w:sz w:val="18"/>
            </w:rPr>
            <w:t>M</w:t>
          </w:r>
          <w:proofErr w:type="gramStart"/>
          <w:r>
            <w:rPr>
              <w:b/>
              <w:color w:val="C12B3B"/>
              <w:sz w:val="18"/>
            </w:rPr>
            <w:t>1  WORKSHEET</w:t>
          </w:r>
          <w:proofErr w:type="gramEnd"/>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C0EB7" w14:textId="77777777" w:rsidR="0011321D" w:rsidRDefault="0011321D">
    <w:pPr>
      <w:pStyle w:val="Kopfzeile"/>
    </w:pPr>
  </w:p>
  <w:tbl>
    <w:tblPr>
      <w:tblW w:w="0" w:type="auto"/>
      <w:jc w:val="center"/>
      <w:tblLayout w:type="fixed"/>
      <w:tblLook w:val="04A0" w:firstRow="1" w:lastRow="0" w:firstColumn="1" w:lastColumn="0" w:noHBand="0" w:noVBand="1"/>
    </w:tblPr>
    <w:tblGrid>
      <w:gridCol w:w="8063"/>
      <w:gridCol w:w="2088"/>
    </w:tblGrid>
    <w:tr w:rsidR="0011321D" w14:paraId="543D4789" w14:textId="77777777">
      <w:trPr>
        <w:jc w:val="center"/>
      </w:trPr>
      <w:tc>
        <w:tcPr>
          <w:tcW w:w="8063"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213D762C" w14:textId="77777777" w:rsidR="0011321D" w:rsidRDefault="00D01376">
          <w:r>
            <w:rPr>
              <w:noProof/>
            </w:rPr>
            <w:drawing>
              <wp:inline distT="0" distB="0" distL="0" distR="0" wp14:anchorId="7AA0919F" wp14:editId="7CFF7678">
                <wp:extent cx="1508760" cy="489168"/>
                <wp:effectExtent l="0" t="0" r="0" b="0"/>
                <wp:docPr id="1591992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508760" cy="489168"/>
                        </a:xfrm>
                        <a:prstGeom prst="rect">
                          <a:avLst/>
                        </a:prstGeom>
                      </pic:spPr>
                    </pic:pic>
                  </a:graphicData>
                </a:graphic>
              </wp:inline>
            </w:drawing>
          </w:r>
        </w:p>
      </w:tc>
      <w:tc>
        <w:tcPr>
          <w:tcW w:w="2088" w:type="dxa"/>
          <w:tcBorders>
            <w:top w:val="single" w:sz="0" w:space="0" w:color="FFFFFF"/>
            <w:left w:val="single" w:sz="0" w:space="0" w:color="FFFFFF"/>
            <w:bottom w:val="single" w:sz="0" w:space="0" w:color="FFFFFF"/>
            <w:right w:val="single" w:sz="0" w:space="0" w:color="FFFFFF"/>
          </w:tcBorders>
          <w:tcMar>
            <w:top w:w="0" w:type="dxa"/>
            <w:left w:w="0" w:type="dxa"/>
            <w:bottom w:w="30" w:type="dxa"/>
            <w:right w:w="0" w:type="dxa"/>
          </w:tcMar>
        </w:tcPr>
        <w:p w14:paraId="4DEB3AD8" w14:textId="77777777" w:rsidR="0011321D" w:rsidRDefault="00D01376">
          <w:pPr>
            <w:spacing w:before="120"/>
            <w:jc w:val="right"/>
          </w:pPr>
          <w:r>
            <w:rPr>
              <w:b/>
              <w:color w:val="C12B3B"/>
              <w:sz w:val="18"/>
            </w:rPr>
            <w:t>M</w:t>
          </w:r>
          <w:proofErr w:type="gramStart"/>
          <w:r>
            <w:rPr>
              <w:b/>
              <w:color w:val="C12B3B"/>
              <w:sz w:val="18"/>
            </w:rPr>
            <w:t>1  WORKSHEET</w:t>
          </w:r>
          <w:proofErr w:type="gramEnd"/>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0635BB3"/>
    <w:multiLevelType w:val="hybridMultilevel"/>
    <w:tmpl w:val="4D86974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D366017"/>
    <w:multiLevelType w:val="hybridMultilevel"/>
    <w:tmpl w:val="230E1D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4D07A27"/>
    <w:multiLevelType w:val="hybridMultilevel"/>
    <w:tmpl w:val="11F2F00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95920546">
    <w:abstractNumId w:val="8"/>
  </w:num>
  <w:num w:numId="2" w16cid:durableId="793256979">
    <w:abstractNumId w:val="6"/>
  </w:num>
  <w:num w:numId="3" w16cid:durableId="82267455">
    <w:abstractNumId w:val="5"/>
  </w:num>
  <w:num w:numId="4" w16cid:durableId="2120369342">
    <w:abstractNumId w:val="4"/>
  </w:num>
  <w:num w:numId="5" w16cid:durableId="1180388923">
    <w:abstractNumId w:val="7"/>
  </w:num>
  <w:num w:numId="6" w16cid:durableId="1934312348">
    <w:abstractNumId w:val="3"/>
  </w:num>
  <w:num w:numId="7" w16cid:durableId="785539695">
    <w:abstractNumId w:val="2"/>
  </w:num>
  <w:num w:numId="8" w16cid:durableId="793520492">
    <w:abstractNumId w:val="1"/>
  </w:num>
  <w:num w:numId="9" w16cid:durableId="561447366">
    <w:abstractNumId w:val="0"/>
  </w:num>
  <w:num w:numId="10" w16cid:durableId="1971548798">
    <w:abstractNumId w:val="10"/>
  </w:num>
  <w:num w:numId="11" w16cid:durableId="1090658211">
    <w:abstractNumId w:val="11"/>
  </w:num>
  <w:num w:numId="12" w16cid:durableId="207547311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21D"/>
    <w:rsid w:val="0015074B"/>
    <w:rsid w:val="00165EEE"/>
    <w:rsid w:val="0024636D"/>
    <w:rsid w:val="0029639D"/>
    <w:rsid w:val="00326F90"/>
    <w:rsid w:val="004A1784"/>
    <w:rsid w:val="00504612"/>
    <w:rsid w:val="005360BB"/>
    <w:rsid w:val="005E5004"/>
    <w:rsid w:val="005F72FB"/>
    <w:rsid w:val="00667235"/>
    <w:rsid w:val="00673463"/>
    <w:rsid w:val="006A5F1E"/>
    <w:rsid w:val="0072415D"/>
    <w:rsid w:val="007739B7"/>
    <w:rsid w:val="007B6023"/>
    <w:rsid w:val="007D493E"/>
    <w:rsid w:val="00875AA9"/>
    <w:rsid w:val="00965791"/>
    <w:rsid w:val="00AA1D8D"/>
    <w:rsid w:val="00AE12BC"/>
    <w:rsid w:val="00B24FCE"/>
    <w:rsid w:val="00B35B58"/>
    <w:rsid w:val="00B47730"/>
    <w:rsid w:val="00B70935"/>
    <w:rsid w:val="00BB6449"/>
    <w:rsid w:val="00CB0664"/>
    <w:rsid w:val="00D01376"/>
    <w:rsid w:val="00FC693F"/>
    <w:rsid w:val="00FE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CFCBA9"/>
  <w14:defaultImageDpi w14:val="300"/>
  <w15:docId w15:val="{12651384-10EB-9B4E-9A5B-52DC524F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color w:val="172F35"/>
      <w:sz w:val="21"/>
    </w:rPr>
  </w:style>
  <w:style w:type="paragraph" w:styleId="berschrift1">
    <w:name w:val="heading 1"/>
    <w:basedOn w:val="Standard"/>
    <w:next w:val="Standard"/>
    <w:link w:val="berschrift1Zchn"/>
    <w:uiPriority w:val="9"/>
    <w:qFormat/>
    <w:rsid w:val="00FC693F"/>
    <w:pPr>
      <w:keepNext/>
      <w:keepLines/>
      <w:spacing w:after="160"/>
      <w:outlineLvl w:val="0"/>
    </w:pPr>
    <w:rPr>
      <w:rFonts w:asciiTheme="majorHAnsi" w:eastAsiaTheme="majorEastAsia" w:hAnsiTheme="majorHAnsi" w:cstheme="majorBidi"/>
      <w:b/>
      <w:bCs/>
      <w:sz w:val="40"/>
      <w:szCs w:val="28"/>
    </w:rPr>
  </w:style>
  <w:style w:type="paragraph" w:styleId="berschrift2">
    <w:name w:val="heading 2"/>
    <w:basedOn w:val="Standard"/>
    <w:next w:val="Standard"/>
    <w:link w:val="berschrift2Zchn"/>
    <w:uiPriority w:val="9"/>
    <w:unhideWhenUsed/>
    <w:qFormat/>
    <w:rsid w:val="00FC693F"/>
    <w:pPr>
      <w:keepNext/>
      <w:keepLines/>
      <w:spacing w:after="160"/>
      <w:outlineLvl w:val="1"/>
    </w:pPr>
    <w:rPr>
      <w:rFonts w:asciiTheme="majorHAnsi" w:eastAsiaTheme="majorEastAsia" w:hAnsiTheme="majorHAnsi" w:cstheme="majorBidi"/>
      <w:b/>
      <w:bCs/>
      <w:sz w:val="28"/>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160" w:line="240" w:lineRule="auto"/>
      <w:contextualSpacing/>
    </w:pPr>
    <w:rPr>
      <w:rFonts w:asciiTheme="majorHAnsi" w:eastAsiaTheme="majorEastAsia" w:hAnsiTheme="majorHAnsi" w:cstheme="majorBidi"/>
      <w:b/>
      <w:spacing w:val="5"/>
      <w:kern w:val="28"/>
      <w:sz w:val="5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2f9026-2237-477d-97fe-172fff4a985c" xsi:nil="true"/>
    <lcf76f155ced4ddcb4097134ff3c332f xmlns="cbb5196c-ed59-4d13-a86c-dcef99c5595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A06CEBE38626747862C57451C4FF6CE" ma:contentTypeVersion="13" ma:contentTypeDescription="Ein neues Dokument erstellen." ma:contentTypeScope="" ma:versionID="d14c38c5eb41ff4749a50d20ecfbc6b9">
  <xsd:schema xmlns:xsd="http://www.w3.org/2001/XMLSchema" xmlns:xs="http://www.w3.org/2001/XMLSchema" xmlns:p="http://schemas.microsoft.com/office/2006/metadata/properties" xmlns:ns2="cbb5196c-ed59-4d13-a86c-dcef99c55951" xmlns:ns3="662f9026-2237-477d-97fe-172fff4a985c" targetNamespace="http://schemas.microsoft.com/office/2006/metadata/properties" ma:root="true" ma:fieldsID="80021e72c954f4b1bb7ace4a812fae1c" ns2:_="" ns3:_="">
    <xsd:import namespace="cbb5196c-ed59-4d13-a86c-dcef99c55951"/>
    <xsd:import namespace="662f9026-2237-477d-97fe-172fff4a98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5196c-ed59-4d13-a86c-dcef99c559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3c2b6a6-d0d9-485e-b876-1a65758c58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2f9026-2237-477d-97fe-172fff4a98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988d24-726f-4466-be30-0e5667c20f60}" ma:internalName="TaxCatchAll" ma:showField="CatchAllData" ma:web="662f9026-2237-477d-97fe-172fff4a98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CA36C-DF1F-4195-AC2A-8E33F2CE56CC}">
  <ds:schemaRefs>
    <ds:schemaRef ds:uri="http://schemas.microsoft.com/office/2006/metadata/properties"/>
    <ds:schemaRef ds:uri="http://schemas.microsoft.com/office/infopath/2007/PartnerControls"/>
    <ds:schemaRef ds:uri="662f9026-2237-477d-97fe-172fff4a985c"/>
    <ds:schemaRef ds:uri="cbb5196c-ed59-4d13-a86c-dcef99c55951"/>
  </ds:schemaRefs>
</ds:datastoreItem>
</file>

<file path=customXml/itemProps2.xml><?xml version="1.0" encoding="utf-8"?>
<ds:datastoreItem xmlns:ds="http://schemas.openxmlformats.org/officeDocument/2006/customXml" ds:itemID="{E655F073-EEF0-41DB-8C8B-489DD44E8B05}">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9408233-5081-4E4D-AF7F-F0F55B015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5196c-ed59-4d13-a86c-dcef99c55951"/>
    <ds:schemaRef ds:uri="662f9026-2237-477d-97fe-172fff4a9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435</Words>
  <Characters>2746</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M1 Worksheet VAL-YOUs in Play</vt:lpstr>
      <vt:lpstr/>
    </vt:vector>
  </TitlesOfParts>
  <Manager/>
  <Company/>
  <LinksUpToDate>false</LinksUpToDate>
  <CharactersWithSpaces>3175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M1 Worksheet VAL-YOUs in Play</dc:title>
  <dc:subject>Decision and reflection worksheet for the VAL-YOU serious game</dc:subject>
  <dc:creator>VAL-YOU – Education for Democratic Citizenship</dc:creator>
  <cp:keywords/>
  <dc:description>generated by python-docx</dc:description>
  <cp:lastModifiedBy>Sabine Röhrig-Mahhou</cp:lastModifiedBy>
  <cp:revision>18</cp:revision>
  <dcterms:created xsi:type="dcterms:W3CDTF">2026-09-24T12:33:00Z</dcterms:created>
  <dcterms:modified xsi:type="dcterms:W3CDTF">2026-10-24T06:03:00Z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0x010100DA06CEBE38626747862C57451C4FF6CE</vt:lpwstr>
  </property>
  <property fmtid="{D5CDD505-2E9C-101B-9397-08002B2CF9AE}" pid="3" name="MediaServiceImageTags">
    <vt:lpwstr/>
  </property>
</Properties>
</file>